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Music cue sheet template</w:t>
      </w:r>
    </w:p>
    <w:p>
      <w:r>
        <w:t>A free template from DADAAUDIO, with a filled-in example. Use it to check a cue sheet a production sends you, or to prepare one yourself where your society accepts submissions from members.</w:t>
      </w:r>
    </w:p>
    <w:p>
      <w:r>
        <w:t>The fields follow the internationally harmonised cue sheet used by SOCAN. If your society or the production asks for its own form (for example SOCAN's Excel template, or RapidCue in the US), use that form: the information is the same.</w:t>
      </w:r>
    </w:p>
    <w:p>
      <w:r>
        <w:t>Not legal or financial advice. Rules differ by society and territory.</w:t>
      </w:r>
    </w:p>
    <w:p>
      <w:r>
        <w:t>---</w:t>
      </w:r>
    </w:p>
    <w:p>
      <w:pPr>
        <w:pStyle w:val="Heading1"/>
      </w:pPr>
      <w:r>
        <w:t>Part 1: Production details</w:t>
      </w:r>
    </w:p>
    <w:p>
      <w:r>
        <w:t>Fields marked * are usually mandatory.</w:t>
      </w:r>
    </w:p>
    <w:tbl>
      <w:tblPr>
        <w:tblStyle w:val="TableGrid"/>
        <w:tblW w:type="auto" w:w="0"/>
        <w:tblLook w:firstColumn="1" w:firstRow="1" w:lastColumn="0" w:lastRow="0" w:noHBand="0" w:noVBand="1" w:val="04A0"/>
      </w:tblPr>
      <w:tblGrid>
        <w:gridCol w:w="4320"/>
        <w:gridCol w:w="4320"/>
      </w:tblGrid>
      <w:tr>
        <w:tc>
          <w:tcPr>
            <w:tcW w:type="dxa" w:w="4320"/>
          </w:tcPr>
          <w:p>
            <w:r>
              <w:rPr>
                <w:b/>
              </w:rPr>
              <w:t>Field</w:t>
            </w:r>
          </w:p>
        </w:tc>
        <w:tc>
          <w:tcPr>
            <w:tcW w:type="dxa" w:w="4320"/>
          </w:tcPr>
          <w:p>
            <w:r>
              <w:rPr>
                <w:b/>
              </w:rPr>
              <w:t>Your production</w:t>
            </w:r>
          </w:p>
        </w:tc>
      </w:tr>
      <w:tr>
        <w:tc>
          <w:tcPr>
            <w:tcW w:type="dxa" w:w="4320"/>
          </w:tcPr>
          <w:p>
            <w:r>
              <w:t>Production title *</w:t>
            </w:r>
          </w:p>
        </w:tc>
        <w:tc>
          <w:tcPr>
            <w:tcW w:type="dxa" w:w="4320"/>
          </w:tcPr>
          <w:p>
            <w:r/>
          </w:p>
        </w:tc>
      </w:tr>
      <w:tr>
        <w:tc>
          <w:tcPr>
            <w:tcW w:type="dxa" w:w="4320"/>
          </w:tcPr>
          <w:p>
            <w:r>
              <w:t>Alternative title</w:t>
            </w:r>
          </w:p>
        </w:tc>
        <w:tc>
          <w:tcPr>
            <w:tcW w:type="dxa" w:w="4320"/>
          </w:tcPr>
          <w:p>
            <w:r/>
          </w:p>
        </w:tc>
      </w:tr>
      <w:tr>
        <w:tc>
          <w:tcPr>
            <w:tcW w:type="dxa" w:w="4320"/>
          </w:tcPr>
          <w:p>
            <w:r>
              <w:t>Episode title (series)</w:t>
            </w:r>
          </w:p>
        </w:tc>
        <w:tc>
          <w:tcPr>
            <w:tcW w:type="dxa" w:w="4320"/>
          </w:tcPr>
          <w:p>
            <w:r/>
          </w:p>
        </w:tc>
      </w:tr>
      <w:tr>
        <w:tc>
          <w:tcPr>
            <w:tcW w:type="dxa" w:w="4320"/>
          </w:tcPr>
          <w:p>
            <w:r>
              <w:t>Episode number (series)</w:t>
            </w:r>
          </w:p>
        </w:tc>
        <w:tc>
          <w:tcPr>
            <w:tcW w:type="dxa" w:w="4320"/>
          </w:tcPr>
          <w:p>
            <w:r/>
          </w:p>
        </w:tc>
      </w:tr>
      <w:tr>
        <w:tc>
          <w:tcPr>
            <w:tcW w:type="dxa" w:w="4320"/>
          </w:tcPr>
          <w:p>
            <w:r>
              <w:t>Season number (series)</w:t>
            </w:r>
          </w:p>
        </w:tc>
        <w:tc>
          <w:tcPr>
            <w:tcW w:type="dxa" w:w="4320"/>
          </w:tcPr>
          <w:p>
            <w:r/>
          </w:p>
        </w:tc>
      </w:tr>
      <w:tr>
        <w:tc>
          <w:tcPr>
            <w:tcW w:type="dxa" w:w="4320"/>
          </w:tcPr>
          <w:p>
            <w:r>
              <w:t>Production type * (Film/one-off or Series)</w:t>
            </w:r>
          </w:p>
        </w:tc>
        <w:tc>
          <w:tcPr>
            <w:tcW w:type="dxa" w:w="4320"/>
          </w:tcPr>
          <w:p>
            <w:r/>
          </w:p>
        </w:tc>
      </w:tr>
      <w:tr>
        <w:tc>
          <w:tcPr>
            <w:tcW w:type="dxa" w:w="4320"/>
          </w:tcPr>
          <w:p>
            <w:r>
              <w:t>Production category * (feature film, documentary, TV series, commercial, trailer…)</w:t>
            </w:r>
          </w:p>
        </w:tc>
        <w:tc>
          <w:tcPr>
            <w:tcW w:type="dxa" w:w="4320"/>
          </w:tcPr>
          <w:p>
            <w:r/>
          </w:p>
        </w:tc>
      </w:tr>
      <w:tr>
        <w:tc>
          <w:tcPr>
            <w:tcW w:type="dxa" w:w="4320"/>
          </w:tcPr>
          <w:p>
            <w:r>
              <w:t>Year of production * (YYYY)</w:t>
            </w:r>
          </w:p>
        </w:tc>
        <w:tc>
          <w:tcPr>
            <w:tcW w:type="dxa" w:w="4320"/>
          </w:tcPr>
          <w:p>
            <w:r/>
          </w:p>
        </w:tc>
      </w:tr>
      <w:tr>
        <w:tc>
          <w:tcPr>
            <w:tcW w:type="dxa" w:w="4320"/>
          </w:tcPr>
          <w:p>
            <w:r>
              <w:t>Country of production *</w:t>
            </w:r>
          </w:p>
        </w:tc>
        <w:tc>
          <w:tcPr>
            <w:tcW w:type="dxa" w:w="4320"/>
          </w:tcPr>
          <w:p>
            <w:r/>
          </w:p>
        </w:tc>
      </w:tr>
      <w:tr>
        <w:tc>
          <w:tcPr>
            <w:tcW w:type="dxa" w:w="4320"/>
          </w:tcPr>
          <w:p>
            <w:r>
              <w:t>Production duration * (HH:MM:SS)</w:t>
            </w:r>
          </w:p>
        </w:tc>
        <w:tc>
          <w:tcPr>
            <w:tcW w:type="dxa" w:w="4320"/>
          </w:tcPr>
          <w:p>
            <w:r/>
          </w:p>
        </w:tc>
      </w:tr>
      <w:tr>
        <w:tc>
          <w:tcPr>
            <w:tcW w:type="dxa" w:w="4320"/>
          </w:tcPr>
          <w:p>
            <w:r>
              <w:t>Total music duration (HH:MM:SS)</w:t>
            </w:r>
          </w:p>
        </w:tc>
        <w:tc>
          <w:tcPr>
            <w:tcW w:type="dxa" w:w="4320"/>
          </w:tcPr>
          <w:p>
            <w:r/>
          </w:p>
        </w:tc>
      </w:tr>
      <w:tr>
        <w:tc>
          <w:tcPr>
            <w:tcW w:type="dxa" w:w="4320"/>
          </w:tcPr>
          <w:p>
            <w:r>
              <w:t>First release / air date (YYYY-MM-DD)</w:t>
            </w:r>
          </w:p>
        </w:tc>
        <w:tc>
          <w:tcPr>
            <w:tcW w:type="dxa" w:w="4320"/>
          </w:tcPr>
          <w:p>
            <w:r/>
          </w:p>
        </w:tc>
      </w:tr>
      <w:tr>
        <w:tc>
          <w:tcPr>
            <w:tcW w:type="dxa" w:w="4320"/>
          </w:tcPr>
          <w:p>
            <w:r>
              <w:t>Network / station / platform</w:t>
            </w:r>
          </w:p>
        </w:tc>
        <w:tc>
          <w:tcPr>
            <w:tcW w:type="dxa" w:w="4320"/>
          </w:tcPr>
          <w:p>
            <w:r/>
          </w:p>
        </w:tc>
      </w:tr>
      <w:tr>
        <w:tc>
          <w:tcPr>
            <w:tcW w:type="dxa" w:w="4320"/>
          </w:tcPr>
          <w:p>
            <w:r>
              <w:t>Language</w:t>
            </w:r>
          </w:p>
        </w:tc>
        <w:tc>
          <w:tcPr>
            <w:tcW w:type="dxa" w:w="4320"/>
          </w:tcPr>
          <w:p>
            <w:r/>
          </w:p>
        </w:tc>
      </w:tr>
      <w:tr>
        <w:tc>
          <w:tcPr>
            <w:tcW w:type="dxa" w:w="4320"/>
          </w:tcPr>
          <w:p>
            <w:r>
              <w:t>Production company</w:t>
            </w:r>
          </w:p>
        </w:tc>
        <w:tc>
          <w:tcPr>
            <w:tcW w:type="dxa" w:w="4320"/>
          </w:tcPr>
          <w:p>
            <w:r/>
          </w:p>
        </w:tc>
      </w:tr>
      <w:tr>
        <w:tc>
          <w:tcPr>
            <w:tcW w:type="dxa" w:w="4320"/>
          </w:tcPr>
          <w:p>
            <w:r>
              <w:t>Cue sheet provider * (name)</w:t>
            </w:r>
          </w:p>
        </w:tc>
        <w:tc>
          <w:tcPr>
            <w:tcW w:type="dxa" w:w="4320"/>
          </w:tcPr>
          <w:p>
            <w:r/>
          </w:p>
        </w:tc>
      </w:tr>
      <w:tr>
        <w:tc>
          <w:tcPr>
            <w:tcW w:type="dxa" w:w="4320"/>
          </w:tcPr>
          <w:p>
            <w:r>
              <w:t>Role of provider (Producer, Broadcaster, Distributor, Publisher, Composer, Society)</w:t>
            </w:r>
          </w:p>
        </w:tc>
        <w:tc>
          <w:tcPr>
            <w:tcW w:type="dxa" w:w="4320"/>
          </w:tcPr>
          <w:p>
            <w:r/>
          </w:p>
        </w:tc>
      </w:tr>
      <w:tr>
        <w:tc>
          <w:tcPr>
            <w:tcW w:type="dxa" w:w="4320"/>
          </w:tcPr>
          <w:p>
            <w:r>
              <w:t>Prepared by (person)</w:t>
            </w:r>
          </w:p>
        </w:tc>
        <w:tc>
          <w:tcPr>
            <w:tcW w:type="dxa" w:w="4320"/>
          </w:tcPr>
          <w:p>
            <w:r/>
          </w:p>
        </w:tc>
      </w:tr>
      <w:tr>
        <w:tc>
          <w:tcPr>
            <w:tcW w:type="dxa" w:w="4320"/>
          </w:tcPr>
          <w:p>
            <w:r>
              <w:t>Classification * (Original, Revision, Draft)</w:t>
            </w:r>
          </w:p>
        </w:tc>
        <w:tc>
          <w:tcPr>
            <w:tcW w:type="dxa" w:w="4320"/>
          </w:tcPr>
          <w:p>
            <w:r/>
          </w:p>
        </w:tc>
      </w:tr>
      <w:tr>
        <w:tc>
          <w:tcPr>
            <w:tcW w:type="dxa" w:w="4320"/>
          </w:tcPr>
          <w:p>
            <w:r>
              <w:t>Date submitted / revised (YYYY-MM-DD)</w:t>
            </w:r>
          </w:p>
        </w:tc>
        <w:tc>
          <w:tcPr>
            <w:tcW w:type="dxa" w:w="4320"/>
          </w:tcPr>
          <w:p>
            <w:r/>
          </w:p>
        </w:tc>
      </w:tr>
    </w:tbl>
    <w:p/>
    <w:p>
      <w:pPr>
        <w:pStyle w:val="Heading1"/>
      </w:pPr>
      <w:r>
        <w:t>Part 2: Cues</w:t>
      </w:r>
    </w:p>
    <w:p>
      <w:r>
        <w:t>One block per cue. Add one row per writer and publisher under the same sequence number. If the same piece is used again later, it gets a new sequence number with its own timing.</w:t>
      </w:r>
    </w:p>
    <w:tbl>
      <w:tblPr>
        <w:tblStyle w:val="TableGrid"/>
        <w:tblW w:type="auto" w:w="0"/>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r>
              <w:rPr>
                <w:b/>
              </w:rPr>
              <w:t>Seq</w:t>
            </w:r>
          </w:p>
        </w:tc>
        <w:tc>
          <w:tcPr>
            <w:tcW w:type="dxa" w:w="576"/>
          </w:tcPr>
          <w:p>
            <w:r>
              <w:rPr>
                <w:b/>
              </w:rPr>
              <w:t>Music title *</w:t>
            </w:r>
          </w:p>
        </w:tc>
        <w:tc>
          <w:tcPr>
            <w:tcW w:type="dxa" w:w="576"/>
          </w:tcPr>
          <w:p>
            <w:r>
              <w:rPr>
                <w:b/>
              </w:rPr>
              <w:t>Usage *</w:t>
            </w:r>
          </w:p>
        </w:tc>
        <w:tc>
          <w:tcPr>
            <w:tcW w:type="dxa" w:w="576"/>
          </w:tcPr>
          <w:p>
            <w:r>
              <w:rPr>
                <w:b/>
              </w:rPr>
              <w:t>Time in</w:t>
            </w:r>
          </w:p>
        </w:tc>
        <w:tc>
          <w:tcPr>
            <w:tcW w:type="dxa" w:w="576"/>
          </w:tcPr>
          <w:p>
            <w:r>
              <w:rPr>
                <w:b/>
              </w:rPr>
              <w:t>Time out</w:t>
            </w:r>
          </w:p>
        </w:tc>
        <w:tc>
          <w:tcPr>
            <w:tcW w:type="dxa" w:w="576"/>
          </w:tcPr>
          <w:p>
            <w:r>
              <w:rPr>
                <w:b/>
              </w:rPr>
              <w:t>Duration *</w:t>
            </w:r>
          </w:p>
        </w:tc>
        <w:tc>
          <w:tcPr>
            <w:tcW w:type="dxa" w:w="576"/>
          </w:tcPr>
          <w:p>
            <w:r>
              <w:rPr>
                <w:b/>
              </w:rPr>
              <w:t>Music source *</w:t>
            </w:r>
          </w:p>
        </w:tc>
        <w:tc>
          <w:tcPr>
            <w:tcW w:type="dxa" w:w="576"/>
          </w:tcPr>
          <w:p>
            <w:r>
              <w:rPr>
                <w:b/>
              </w:rPr>
              <w:t>Role *</w:t>
            </w:r>
          </w:p>
        </w:tc>
        <w:tc>
          <w:tcPr>
            <w:tcW w:type="dxa" w:w="576"/>
          </w:tcPr>
          <w:p>
            <w:r>
              <w:rPr>
                <w:b/>
              </w:rPr>
              <w:t>Name *</w:t>
            </w:r>
          </w:p>
        </w:tc>
        <w:tc>
          <w:tcPr>
            <w:tcW w:type="dxa" w:w="576"/>
          </w:tcPr>
          <w:p>
            <w:r>
              <w:rPr>
                <w:b/>
              </w:rPr>
              <w:t>Society</w:t>
            </w:r>
          </w:p>
        </w:tc>
        <w:tc>
          <w:tcPr>
            <w:tcW w:type="dxa" w:w="576"/>
          </w:tcPr>
          <w:p>
            <w:r>
              <w:rPr>
                <w:b/>
              </w:rPr>
              <w:t>IPI</w:t>
            </w:r>
          </w:p>
        </w:tc>
        <w:tc>
          <w:tcPr>
            <w:tcW w:type="dxa" w:w="576"/>
          </w:tcPr>
          <w:p>
            <w:r>
              <w:rPr>
                <w:b/>
              </w:rPr>
              <w:t>Share % *</w:t>
            </w:r>
          </w:p>
        </w:tc>
        <w:tc>
          <w:tcPr>
            <w:tcW w:type="dxa" w:w="576"/>
          </w:tcPr>
          <w:p>
            <w:r>
              <w:rPr>
                <w:b/>
              </w:rPr>
              <w:t>ISWC</w:t>
            </w:r>
          </w:p>
        </w:tc>
        <w:tc>
          <w:tcPr>
            <w:tcW w:type="dxa" w:w="576"/>
          </w:tcPr>
          <w:p>
            <w:r>
              <w:rPr>
                <w:b/>
              </w:rPr>
              <w:t>ISRC</w:t>
            </w:r>
          </w:p>
        </w:tc>
        <w:tc>
          <w:tcPr>
            <w:tcW w:type="dxa" w:w="576"/>
          </w:tcPr>
          <w:p>
            <w:r>
              <w:rPr>
                <w:b/>
              </w:rPr>
              <w:t>Performer</w:t>
            </w:r>
          </w:p>
        </w:tc>
      </w:tr>
      <w:tr>
        <w:tc>
          <w:tcPr>
            <w:tcW w:type="dxa" w:w="576"/>
          </w:tcPr>
          <w:p>
            <w:r>
              <w:t>1</w:t>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t>2</w:t>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t>3</w:t>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t>4</w:t>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t>5</w:t>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bl>
    <w:p/>
    <w:p>
      <w:r>
        <w:t>Music source: Specially commissioned (score written for this production) · Library/Production · Pre-existing (e.g. a released song).</w:t>
      </w:r>
    </w:p>
    <w:p>
      <w:r>
        <w:t>Role: Composer/Author · Author, Writer, Lyricist · Arranger · Adaptor · Original Publisher · Sub-Publisher · Administrator.</w:t>
      </w:r>
    </w:p>
    <w:p>
      <w:r>
        <w:t>Shares: follow the convention of the form you are filling in. On the harmonised template, writers and publishers share one 100 % (typically 50 % writer share, 50 % publisher share). Many US forms show the writer side and the publisher side as two separate columns that each add up to 100 %. Whatever the form, the shares must match your work registration.</w:t>
      </w:r>
    </w:p>
    <w:p>
      <w:pPr>
        <w:pStyle w:val="Heading1"/>
      </w:pPr>
      <w:r>
        <w:t>Part 3: Usage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Usage</w:t>
            </w:r>
          </w:p>
        </w:tc>
        <w:tc>
          <w:tcPr>
            <w:tcW w:type="dxa" w:w="2880"/>
          </w:tcPr>
          <w:p>
            <w:r>
              <w:rPr>
                <w:b/>
              </w:rPr>
              <w:t>Short code often seen</w:t>
            </w:r>
          </w:p>
        </w:tc>
        <w:tc>
          <w:tcPr>
            <w:tcW w:type="dxa" w:w="2880"/>
          </w:tcPr>
          <w:p>
            <w:r>
              <w:rPr>
                <w:b/>
              </w:rPr>
              <w:t>Meaning</w:t>
            </w:r>
          </w:p>
        </w:tc>
      </w:tr>
      <w:tr>
        <w:tc>
          <w:tcPr>
            <w:tcW w:type="dxa" w:w="2880"/>
          </w:tcPr>
          <w:p>
            <w:r>
              <w:t>Background instrumental</w:t>
            </w:r>
          </w:p>
        </w:tc>
        <w:tc>
          <w:tcPr>
            <w:tcW w:type="dxa" w:w="2880"/>
          </w:tcPr>
          <w:p>
            <w:r>
              <w:t>BI</w:t>
            </w:r>
          </w:p>
        </w:tc>
        <w:tc>
          <w:tcPr>
            <w:tcW w:type="dxa" w:w="2880"/>
          </w:tcPr>
          <w:p>
            <w:r>
              <w:t>Score or underscore, no vocals, heard only by the audience</w:t>
            </w:r>
          </w:p>
        </w:tc>
      </w:tr>
      <w:tr>
        <w:tc>
          <w:tcPr>
            <w:tcW w:type="dxa" w:w="2880"/>
          </w:tcPr>
          <w:p>
            <w:r>
              <w:t>Background vocal</w:t>
            </w:r>
          </w:p>
        </w:tc>
        <w:tc>
          <w:tcPr>
            <w:tcW w:type="dxa" w:w="2880"/>
          </w:tcPr>
          <w:p>
            <w:r>
              <w:t>BV</w:t>
            </w:r>
          </w:p>
        </w:tc>
        <w:tc>
          <w:tcPr>
            <w:tcW w:type="dxa" w:w="2880"/>
          </w:tcPr>
          <w:p>
            <w:r>
              <w:t>Score or underscore with vocals, heard only by the audience</w:t>
            </w:r>
          </w:p>
        </w:tc>
      </w:tr>
      <w:tr>
        <w:tc>
          <w:tcPr>
            <w:tcW w:type="dxa" w:w="2880"/>
          </w:tcPr>
          <w:p>
            <w:r>
              <w:t>Featured/visual instrumental</w:t>
            </w:r>
          </w:p>
        </w:tc>
        <w:tc>
          <w:tcPr>
            <w:tcW w:type="dxa" w:w="2880"/>
          </w:tcPr>
          <w:p>
            <w:r>
              <w:t>VI</w:t>
            </w:r>
          </w:p>
        </w:tc>
        <w:tc>
          <w:tcPr>
            <w:tcW w:type="dxa" w:w="2880"/>
          </w:tcPr>
          <w:p>
            <w:r>
              <w:t>Performed by, or audible to, characters on screen; in a video clip; for choreographed dance</w:t>
            </w:r>
          </w:p>
        </w:tc>
      </w:tr>
      <w:tr>
        <w:tc>
          <w:tcPr>
            <w:tcW w:type="dxa" w:w="2880"/>
          </w:tcPr>
          <w:p>
            <w:r>
              <w:t>Featured/visual vocal</w:t>
            </w:r>
          </w:p>
        </w:tc>
        <w:tc>
          <w:tcPr>
            <w:tcW w:type="dxa" w:w="2880"/>
          </w:tcPr>
          <w:p>
            <w:r>
              <w:t>VV</w:t>
            </w:r>
          </w:p>
        </w:tc>
        <w:tc>
          <w:tcPr>
            <w:tcW w:type="dxa" w:w="2880"/>
          </w:tcPr>
          <w:p>
            <w:r>
              <w:t>As above, with vocals</w:t>
            </w:r>
          </w:p>
        </w:tc>
      </w:tr>
      <w:tr>
        <w:tc>
          <w:tcPr>
            <w:tcW w:type="dxa" w:w="2880"/>
          </w:tcPr>
          <w:p>
            <w:r>
              <w:t>Opening (main) theme</w:t>
            </w:r>
          </w:p>
        </w:tc>
        <w:tc>
          <w:tcPr>
            <w:tcW w:type="dxa" w:w="2880"/>
          </w:tcPr>
          <w:p>
            <w:r>
              <w:t>MT</w:t>
            </w:r>
          </w:p>
        </w:tc>
        <w:tc>
          <w:tcPr>
            <w:tcW w:type="dxa" w:w="2880"/>
          </w:tcPr>
          <w:p>
            <w:r>
              <w:t>Identifies the programme, film or series at the start or within it</w:t>
            </w:r>
          </w:p>
        </w:tc>
      </w:tr>
      <w:tr>
        <w:tc>
          <w:tcPr>
            <w:tcW w:type="dxa" w:w="2880"/>
          </w:tcPr>
          <w:p>
            <w:r>
              <w:t>Closing (end) theme</w:t>
            </w:r>
          </w:p>
        </w:tc>
        <w:tc>
          <w:tcPr>
            <w:tcW w:type="dxa" w:w="2880"/>
          </w:tcPr>
          <w:p>
            <w:r>
              <w:t>ET</w:t>
            </w:r>
          </w:p>
        </w:tc>
        <w:tc>
          <w:tcPr>
            <w:tcW w:type="dxa" w:w="2880"/>
          </w:tcPr>
          <w:p>
            <w:r>
              <w:t>Identifies the programme, film or series at the end or within it</w:t>
            </w:r>
          </w:p>
        </w:tc>
      </w:tr>
      <w:tr>
        <w:tc>
          <w:tcPr>
            <w:tcW w:type="dxa" w:w="2880"/>
          </w:tcPr>
          <w:p>
            <w:r>
              <w:t>Theme</w:t>
            </w:r>
          </w:p>
        </w:tc>
        <w:tc>
          <w:tcPr>
            <w:tcW w:type="dxa" w:w="2880"/>
          </w:tcPr>
          <w:p>
            <w:r>
              <w:t>T</w:t>
            </w:r>
          </w:p>
        </w:tc>
        <w:tc>
          <w:tcPr>
            <w:tcW w:type="dxa" w:w="2880"/>
          </w:tcPr>
          <w:p>
            <w:r>
              <w:t>Identifies the programme or series</w:t>
            </w:r>
          </w:p>
        </w:tc>
      </w:tr>
      <w:tr>
        <w:tc>
          <w:tcPr>
            <w:tcW w:type="dxa" w:w="2880"/>
          </w:tcPr>
          <w:p>
            <w:r>
              <w:t>Logo</w:t>
            </w:r>
          </w:p>
        </w:tc>
        <w:tc>
          <w:tcPr>
            <w:tcW w:type="dxa" w:w="2880"/>
          </w:tcPr>
          <w:p>
            <w:r>
              <w:t>—</w:t>
            </w:r>
          </w:p>
        </w:tc>
        <w:tc>
          <w:tcPr>
            <w:tcW w:type="dxa" w:w="2880"/>
          </w:tcPr>
          <w:p>
            <w:r>
              <w:t>Identifies the production company at the start or end; not a theme</w:t>
            </w:r>
          </w:p>
        </w:tc>
      </w:tr>
    </w:tbl>
    <w:p/>
    <w:p>
      <w:r>
        <w:t>Usage names and definitions come from the harmonised template; the short codes are the ones commonly printed on cue sheets. Use the exact wording your form asks for.</w:t>
      </w:r>
    </w:p>
    <w:p>
      <w:r>
        <w:t>---</w:t>
      </w:r>
    </w:p>
    <w:p>
      <w:pPr>
        <w:pStyle w:val="Heading1"/>
      </w:pPr>
      <w:r>
        <w:t>Filled-in example</w:t>
      </w:r>
    </w:p>
    <w:p>
      <w:r>
        <w:t>Everything below is invented to show the format. The names, titles and numbers are not real; IPI numbers are shown as 00000000000 where a real 11-digit IPI name number would go.</w:t>
      </w:r>
    </w:p>
    <w:p>
      <w:pPr>
        <w:pStyle w:val="Heading2"/>
      </w:pPr>
      <w:r>
        <w:t>Production details</w:t>
      </w:r>
    </w:p>
    <w:tbl>
      <w:tblPr>
        <w:tblStyle w:val="TableGrid"/>
        <w:tblW w:type="auto" w:w="0"/>
        <w:tblLook w:firstColumn="1" w:firstRow="1" w:lastColumn="0" w:lastRow="0" w:noHBand="0" w:noVBand="1" w:val="04A0"/>
      </w:tblPr>
      <w:tblGrid>
        <w:gridCol w:w="4320"/>
        <w:gridCol w:w="4320"/>
      </w:tblGrid>
      <w:tr>
        <w:tc>
          <w:tcPr>
            <w:tcW w:type="dxa" w:w="4320"/>
          </w:tcPr>
          <w:p>
            <w:r>
              <w:rPr>
                <w:b/>
              </w:rPr>
              <w:t>Field</w:t>
            </w:r>
          </w:p>
        </w:tc>
        <w:tc>
          <w:tcPr>
            <w:tcW w:type="dxa" w:w="4320"/>
          </w:tcPr>
          <w:p>
            <w:r>
              <w:rPr>
                <w:b/>
              </w:rPr>
              <w:t>Example</w:t>
            </w:r>
          </w:p>
        </w:tc>
      </w:tr>
      <w:tr>
        <w:tc>
          <w:tcPr>
            <w:tcW w:type="dxa" w:w="4320"/>
          </w:tcPr>
          <w:p>
            <w:r>
              <w:t>Production title</w:t>
            </w:r>
          </w:p>
        </w:tc>
        <w:tc>
          <w:tcPr>
            <w:tcW w:type="dxa" w:w="4320"/>
          </w:tcPr>
          <w:p>
            <w:r>
              <w:t>Tidelines</w:t>
            </w:r>
          </w:p>
        </w:tc>
      </w:tr>
      <w:tr>
        <w:tc>
          <w:tcPr>
            <w:tcW w:type="dxa" w:w="4320"/>
          </w:tcPr>
          <w:p>
            <w:r>
              <w:t>Episode title</w:t>
            </w:r>
          </w:p>
        </w:tc>
        <w:tc>
          <w:tcPr>
            <w:tcW w:type="dxa" w:w="4320"/>
          </w:tcPr>
          <w:p>
            <w:r>
              <w:t>The Harbour</w:t>
            </w:r>
          </w:p>
        </w:tc>
      </w:tr>
      <w:tr>
        <w:tc>
          <w:tcPr>
            <w:tcW w:type="dxa" w:w="4320"/>
          </w:tcPr>
          <w:p>
            <w:r>
              <w:t>Episode number</w:t>
            </w:r>
          </w:p>
        </w:tc>
        <w:tc>
          <w:tcPr>
            <w:tcW w:type="dxa" w:w="4320"/>
          </w:tcPr>
          <w:p>
            <w:r>
              <w:t>3</w:t>
            </w:r>
          </w:p>
        </w:tc>
      </w:tr>
      <w:tr>
        <w:tc>
          <w:tcPr>
            <w:tcW w:type="dxa" w:w="4320"/>
          </w:tcPr>
          <w:p>
            <w:r>
              <w:t>Season number</w:t>
            </w:r>
          </w:p>
        </w:tc>
        <w:tc>
          <w:tcPr>
            <w:tcW w:type="dxa" w:w="4320"/>
          </w:tcPr>
          <w:p>
            <w:r>
              <w:t>1</w:t>
            </w:r>
          </w:p>
        </w:tc>
      </w:tr>
      <w:tr>
        <w:tc>
          <w:tcPr>
            <w:tcW w:type="dxa" w:w="4320"/>
          </w:tcPr>
          <w:p>
            <w:r>
              <w:t>Production type</w:t>
            </w:r>
          </w:p>
        </w:tc>
        <w:tc>
          <w:tcPr>
            <w:tcW w:type="dxa" w:w="4320"/>
          </w:tcPr>
          <w:p>
            <w:r>
              <w:t>Series</w:t>
            </w:r>
          </w:p>
        </w:tc>
      </w:tr>
      <w:tr>
        <w:tc>
          <w:tcPr>
            <w:tcW w:type="dxa" w:w="4320"/>
          </w:tcPr>
          <w:p>
            <w:r>
              <w:t>Production category</w:t>
            </w:r>
          </w:p>
        </w:tc>
        <w:tc>
          <w:tcPr>
            <w:tcW w:type="dxa" w:w="4320"/>
          </w:tcPr>
          <w:p>
            <w:r>
              <w:t>Documentary</w:t>
            </w:r>
          </w:p>
        </w:tc>
      </w:tr>
      <w:tr>
        <w:tc>
          <w:tcPr>
            <w:tcW w:type="dxa" w:w="4320"/>
          </w:tcPr>
          <w:p>
            <w:r>
              <w:t>Year of production</w:t>
            </w:r>
          </w:p>
        </w:tc>
        <w:tc>
          <w:tcPr>
            <w:tcW w:type="dxa" w:w="4320"/>
          </w:tcPr>
          <w:p>
            <w:r>
              <w:t>2026</w:t>
            </w:r>
          </w:p>
        </w:tc>
      </w:tr>
      <w:tr>
        <w:tc>
          <w:tcPr>
            <w:tcW w:type="dxa" w:w="4320"/>
          </w:tcPr>
          <w:p>
            <w:r>
              <w:t>Country of production</w:t>
            </w:r>
          </w:p>
        </w:tc>
        <w:tc>
          <w:tcPr>
            <w:tcW w:type="dxa" w:w="4320"/>
          </w:tcPr>
          <w:p>
            <w:r>
              <w:t>United Kingdom</w:t>
            </w:r>
          </w:p>
        </w:tc>
      </w:tr>
      <w:tr>
        <w:tc>
          <w:tcPr>
            <w:tcW w:type="dxa" w:w="4320"/>
          </w:tcPr>
          <w:p>
            <w:r>
              <w:t>Production duration</w:t>
            </w:r>
          </w:p>
        </w:tc>
        <w:tc>
          <w:tcPr>
            <w:tcW w:type="dxa" w:w="4320"/>
          </w:tcPr>
          <w:p>
            <w:r>
              <w:t>00:44:30</w:t>
            </w:r>
          </w:p>
        </w:tc>
      </w:tr>
      <w:tr>
        <w:tc>
          <w:tcPr>
            <w:tcW w:type="dxa" w:w="4320"/>
          </w:tcPr>
          <w:p>
            <w:r>
              <w:t>Total music duration</w:t>
            </w:r>
          </w:p>
        </w:tc>
        <w:tc>
          <w:tcPr>
            <w:tcW w:type="dxa" w:w="4320"/>
          </w:tcPr>
          <w:p>
            <w:r>
              <w:t>00:06:40</w:t>
            </w:r>
          </w:p>
        </w:tc>
      </w:tr>
      <w:tr>
        <w:tc>
          <w:tcPr>
            <w:tcW w:type="dxa" w:w="4320"/>
          </w:tcPr>
          <w:p>
            <w:r>
              <w:t>First air date</w:t>
            </w:r>
          </w:p>
        </w:tc>
        <w:tc>
          <w:tcPr>
            <w:tcW w:type="dxa" w:w="4320"/>
          </w:tcPr>
          <w:p>
            <w:r>
              <w:t>2026-09-14</w:t>
            </w:r>
          </w:p>
        </w:tc>
      </w:tr>
      <w:tr>
        <w:tc>
          <w:tcPr>
            <w:tcW w:type="dxa" w:w="4320"/>
          </w:tcPr>
          <w:p>
            <w:r>
              <w:t>Network / station</w:t>
            </w:r>
          </w:p>
        </w:tc>
        <w:tc>
          <w:tcPr>
            <w:tcW w:type="dxa" w:w="4320"/>
          </w:tcPr>
          <w:p>
            <w:r>
              <w:t>Example Channel</w:t>
            </w:r>
          </w:p>
        </w:tc>
      </w:tr>
      <w:tr>
        <w:tc>
          <w:tcPr>
            <w:tcW w:type="dxa" w:w="4320"/>
          </w:tcPr>
          <w:p>
            <w:r>
              <w:t>Language</w:t>
            </w:r>
          </w:p>
        </w:tc>
        <w:tc>
          <w:tcPr>
            <w:tcW w:type="dxa" w:w="4320"/>
          </w:tcPr>
          <w:p>
            <w:r>
              <w:t>English</w:t>
            </w:r>
          </w:p>
        </w:tc>
      </w:tr>
      <w:tr>
        <w:tc>
          <w:tcPr>
            <w:tcW w:type="dxa" w:w="4320"/>
          </w:tcPr>
          <w:p>
            <w:r>
              <w:t>Production company</w:t>
            </w:r>
          </w:p>
        </w:tc>
        <w:tc>
          <w:tcPr>
            <w:tcW w:type="dxa" w:w="4320"/>
          </w:tcPr>
          <w:p>
            <w:r>
              <w:t>Example Films Ltd</w:t>
            </w:r>
          </w:p>
        </w:tc>
      </w:tr>
      <w:tr>
        <w:tc>
          <w:tcPr>
            <w:tcW w:type="dxa" w:w="4320"/>
          </w:tcPr>
          <w:p>
            <w:r>
              <w:t>Cue sheet provider</w:t>
            </w:r>
          </w:p>
        </w:tc>
        <w:tc>
          <w:tcPr>
            <w:tcW w:type="dxa" w:w="4320"/>
          </w:tcPr>
          <w:p>
            <w:r>
              <w:t>Example Films Ltd</w:t>
            </w:r>
          </w:p>
        </w:tc>
      </w:tr>
      <w:tr>
        <w:tc>
          <w:tcPr>
            <w:tcW w:type="dxa" w:w="4320"/>
          </w:tcPr>
          <w:p>
            <w:r>
              <w:t>Role of provider</w:t>
            </w:r>
          </w:p>
        </w:tc>
        <w:tc>
          <w:tcPr>
            <w:tcW w:type="dxa" w:w="4320"/>
          </w:tcPr>
          <w:p>
            <w:r>
              <w:t>Producer</w:t>
            </w:r>
          </w:p>
        </w:tc>
      </w:tr>
      <w:tr>
        <w:tc>
          <w:tcPr>
            <w:tcW w:type="dxa" w:w="4320"/>
          </w:tcPr>
          <w:p>
            <w:r>
              <w:t>Prepared by</w:t>
            </w:r>
          </w:p>
        </w:tc>
        <w:tc>
          <w:tcPr>
            <w:tcW w:type="dxa" w:w="4320"/>
          </w:tcPr>
          <w:p>
            <w:r>
              <w:t>Music coordinator, Example Films</w:t>
            </w:r>
          </w:p>
        </w:tc>
      </w:tr>
      <w:tr>
        <w:tc>
          <w:tcPr>
            <w:tcW w:type="dxa" w:w="4320"/>
          </w:tcPr>
          <w:p>
            <w:r>
              <w:t>Classification</w:t>
            </w:r>
          </w:p>
        </w:tc>
        <w:tc>
          <w:tcPr>
            <w:tcW w:type="dxa" w:w="4320"/>
          </w:tcPr>
          <w:p>
            <w:r>
              <w:t>Original</w:t>
            </w:r>
          </w:p>
        </w:tc>
      </w:tr>
      <w:tr>
        <w:tc>
          <w:tcPr>
            <w:tcW w:type="dxa" w:w="4320"/>
          </w:tcPr>
          <w:p>
            <w:r>
              <w:t>Date submitted</w:t>
            </w:r>
          </w:p>
        </w:tc>
        <w:tc>
          <w:tcPr>
            <w:tcW w:type="dxa" w:w="4320"/>
          </w:tcPr>
          <w:p>
            <w:r>
              <w:t>2026-09-30</w:t>
            </w:r>
          </w:p>
        </w:tc>
      </w:tr>
    </w:tbl>
    <w:p/>
    <w:p>
      <w:pPr>
        <w:pStyle w:val="Heading2"/>
      </w:pPr>
      <w:r>
        <w:t>Cues</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tcPr>
          <w:p>
            <w:r>
              <w:rPr>
                <w:b/>
              </w:rPr>
              <w:t>Seq</w:t>
            </w:r>
          </w:p>
        </w:tc>
        <w:tc>
          <w:tcPr>
            <w:tcW w:type="dxa" w:w="720"/>
          </w:tcPr>
          <w:p>
            <w:r>
              <w:rPr>
                <w:b/>
              </w:rPr>
              <w:t>Music title</w:t>
            </w:r>
          </w:p>
        </w:tc>
        <w:tc>
          <w:tcPr>
            <w:tcW w:type="dxa" w:w="720"/>
          </w:tcPr>
          <w:p>
            <w:r>
              <w:rPr>
                <w:b/>
              </w:rPr>
              <w:t>Usage</w:t>
            </w:r>
          </w:p>
        </w:tc>
        <w:tc>
          <w:tcPr>
            <w:tcW w:type="dxa" w:w="720"/>
          </w:tcPr>
          <w:p>
            <w:r>
              <w:rPr>
                <w:b/>
              </w:rPr>
              <w:t>Time in</w:t>
            </w:r>
          </w:p>
        </w:tc>
        <w:tc>
          <w:tcPr>
            <w:tcW w:type="dxa" w:w="720"/>
          </w:tcPr>
          <w:p>
            <w:r>
              <w:rPr>
                <w:b/>
              </w:rPr>
              <w:t>Time out</w:t>
            </w:r>
          </w:p>
        </w:tc>
        <w:tc>
          <w:tcPr>
            <w:tcW w:type="dxa" w:w="720"/>
          </w:tcPr>
          <w:p>
            <w:r>
              <w:rPr>
                <w:b/>
              </w:rPr>
              <w:t>Duration</w:t>
            </w:r>
          </w:p>
        </w:tc>
        <w:tc>
          <w:tcPr>
            <w:tcW w:type="dxa" w:w="720"/>
          </w:tcPr>
          <w:p>
            <w:r>
              <w:rPr>
                <w:b/>
              </w:rPr>
              <w:t>Music source</w:t>
            </w:r>
          </w:p>
        </w:tc>
        <w:tc>
          <w:tcPr>
            <w:tcW w:type="dxa" w:w="720"/>
          </w:tcPr>
          <w:p>
            <w:r>
              <w:rPr>
                <w:b/>
              </w:rPr>
              <w:t>Role</w:t>
            </w:r>
          </w:p>
        </w:tc>
        <w:tc>
          <w:tcPr>
            <w:tcW w:type="dxa" w:w="720"/>
          </w:tcPr>
          <w:p>
            <w:r>
              <w:rPr>
                <w:b/>
              </w:rPr>
              <w:t>Name</w:t>
            </w:r>
          </w:p>
        </w:tc>
        <w:tc>
          <w:tcPr>
            <w:tcW w:type="dxa" w:w="720"/>
          </w:tcPr>
          <w:p>
            <w:r>
              <w:rPr>
                <w:b/>
              </w:rPr>
              <w:t>Society</w:t>
            </w:r>
          </w:p>
        </w:tc>
        <w:tc>
          <w:tcPr>
            <w:tcW w:type="dxa" w:w="720"/>
          </w:tcPr>
          <w:p>
            <w:r>
              <w:rPr>
                <w:b/>
              </w:rPr>
              <w:t>IPI</w:t>
            </w:r>
          </w:p>
        </w:tc>
        <w:tc>
          <w:tcPr>
            <w:tcW w:type="dxa" w:w="720"/>
          </w:tcPr>
          <w:p>
            <w:r>
              <w:rPr>
                <w:b/>
              </w:rPr>
              <w:t>Share %</w:t>
            </w:r>
          </w:p>
        </w:tc>
      </w:tr>
      <w:tr>
        <w:tc>
          <w:tcPr>
            <w:tcW w:type="dxa" w:w="720"/>
          </w:tcPr>
          <w:p>
            <w:r>
              <w:t>1</w:t>
            </w:r>
          </w:p>
        </w:tc>
        <w:tc>
          <w:tcPr>
            <w:tcW w:type="dxa" w:w="720"/>
          </w:tcPr>
          <w:p>
            <w:r>
              <w:t>Tidelines Main Title</w:t>
            </w:r>
          </w:p>
        </w:tc>
        <w:tc>
          <w:tcPr>
            <w:tcW w:type="dxa" w:w="720"/>
          </w:tcPr>
          <w:p>
            <w:r>
              <w:t>Opening theme instrumental</w:t>
            </w:r>
          </w:p>
        </w:tc>
        <w:tc>
          <w:tcPr>
            <w:tcW w:type="dxa" w:w="720"/>
          </w:tcPr>
          <w:p>
            <w:r>
              <w:t>00:00:00</w:t>
            </w:r>
          </w:p>
        </w:tc>
        <w:tc>
          <w:tcPr>
            <w:tcW w:type="dxa" w:w="720"/>
          </w:tcPr>
          <w:p>
            <w:r>
              <w:t>00:00:45</w:t>
            </w:r>
          </w:p>
        </w:tc>
        <w:tc>
          <w:tcPr>
            <w:tcW w:type="dxa" w:w="720"/>
          </w:tcPr>
          <w:p>
            <w:r>
              <w:t>00:00:45</w:t>
            </w:r>
          </w:p>
        </w:tc>
        <w:tc>
          <w:tcPr>
            <w:tcW w:type="dxa" w:w="720"/>
          </w:tcPr>
          <w:p>
            <w:r>
              <w:t>Specially commissioned</w:t>
            </w:r>
          </w:p>
        </w:tc>
        <w:tc>
          <w:tcPr>
            <w:tcW w:type="dxa" w:w="720"/>
          </w:tcPr>
          <w:p>
            <w:r>
              <w:t>Composer/Author</w:t>
            </w:r>
          </w:p>
        </w:tc>
        <w:tc>
          <w:tcPr>
            <w:tcW w:type="dxa" w:w="720"/>
          </w:tcPr>
          <w:p>
            <w:r>
              <w:t>Composer Example A</w:t>
            </w:r>
          </w:p>
        </w:tc>
        <w:tc>
          <w:tcPr>
            <w:tcW w:type="dxa" w:w="720"/>
          </w:tcPr>
          <w:p>
            <w:r>
              <w:t>PRS</w:t>
            </w:r>
          </w:p>
        </w:tc>
        <w:tc>
          <w:tcPr>
            <w:tcW w:type="dxa" w:w="720"/>
          </w:tcPr>
          <w:p>
            <w:r>
              <w:t>00000000000</w:t>
            </w:r>
          </w:p>
        </w:tc>
        <w:tc>
          <w:tcPr>
            <w:tcW w:type="dxa" w:w="720"/>
          </w:tcPr>
          <w:p>
            <w:r>
              <w:t>50</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t>Original Publisher</w:t>
            </w:r>
          </w:p>
        </w:tc>
        <w:tc>
          <w:tcPr>
            <w:tcW w:type="dxa" w:w="720"/>
          </w:tcPr>
          <w:p>
            <w:r>
              <w:t>Example Films Music Ltd</w:t>
            </w:r>
          </w:p>
        </w:tc>
        <w:tc>
          <w:tcPr>
            <w:tcW w:type="dxa" w:w="720"/>
          </w:tcPr>
          <w:p>
            <w:r>
              <w:t>PRS</w:t>
            </w:r>
          </w:p>
        </w:tc>
        <w:tc>
          <w:tcPr>
            <w:tcW w:type="dxa" w:w="720"/>
          </w:tcPr>
          <w:p>
            <w:r>
              <w:t>00000000000</w:t>
            </w:r>
          </w:p>
        </w:tc>
        <w:tc>
          <w:tcPr>
            <w:tcW w:type="dxa" w:w="720"/>
          </w:tcPr>
          <w:p>
            <w:r>
              <w:t>50</w:t>
            </w:r>
          </w:p>
        </w:tc>
      </w:tr>
      <w:tr>
        <w:tc>
          <w:tcPr>
            <w:tcW w:type="dxa" w:w="720"/>
          </w:tcPr>
          <w:p>
            <w:r>
              <w:t>2</w:t>
            </w:r>
          </w:p>
        </w:tc>
        <w:tc>
          <w:tcPr>
            <w:tcW w:type="dxa" w:w="720"/>
          </w:tcPr>
          <w:p>
            <w:r>
              <w:t>Low Water</w:t>
            </w:r>
          </w:p>
        </w:tc>
        <w:tc>
          <w:tcPr>
            <w:tcW w:type="dxa" w:w="720"/>
          </w:tcPr>
          <w:p>
            <w:r>
              <w:t>Background instrumental</w:t>
            </w:r>
          </w:p>
        </w:tc>
        <w:tc>
          <w:tcPr>
            <w:tcW w:type="dxa" w:w="720"/>
          </w:tcPr>
          <w:p>
            <w:r>
              <w:t>00:03:12</w:t>
            </w:r>
          </w:p>
        </w:tc>
        <w:tc>
          <w:tcPr>
            <w:tcW w:type="dxa" w:w="720"/>
          </w:tcPr>
          <w:p>
            <w:r>
              <w:t>00:05:02</w:t>
            </w:r>
          </w:p>
        </w:tc>
        <w:tc>
          <w:tcPr>
            <w:tcW w:type="dxa" w:w="720"/>
          </w:tcPr>
          <w:p>
            <w:r>
              <w:t>00:01:50</w:t>
            </w:r>
          </w:p>
        </w:tc>
        <w:tc>
          <w:tcPr>
            <w:tcW w:type="dxa" w:w="720"/>
          </w:tcPr>
          <w:p>
            <w:r>
              <w:t>Specially commissioned</w:t>
            </w:r>
          </w:p>
        </w:tc>
        <w:tc>
          <w:tcPr>
            <w:tcW w:type="dxa" w:w="720"/>
          </w:tcPr>
          <w:p>
            <w:r>
              <w:t>Composer/Author</w:t>
            </w:r>
          </w:p>
        </w:tc>
        <w:tc>
          <w:tcPr>
            <w:tcW w:type="dxa" w:w="720"/>
          </w:tcPr>
          <w:p>
            <w:r>
              <w:t>Composer Example A</w:t>
            </w:r>
          </w:p>
        </w:tc>
        <w:tc>
          <w:tcPr>
            <w:tcW w:type="dxa" w:w="720"/>
          </w:tcPr>
          <w:p>
            <w:r>
              <w:t>PRS</w:t>
            </w:r>
          </w:p>
        </w:tc>
        <w:tc>
          <w:tcPr>
            <w:tcW w:type="dxa" w:w="720"/>
          </w:tcPr>
          <w:p>
            <w:r>
              <w:t>00000000000</w:t>
            </w:r>
          </w:p>
        </w:tc>
        <w:tc>
          <w:tcPr>
            <w:tcW w:type="dxa" w:w="720"/>
          </w:tcPr>
          <w:p>
            <w:r>
              <w:t>50</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t>Original Publisher</w:t>
            </w:r>
          </w:p>
        </w:tc>
        <w:tc>
          <w:tcPr>
            <w:tcW w:type="dxa" w:w="720"/>
          </w:tcPr>
          <w:p>
            <w:r>
              <w:t>Example Films Music Ltd</w:t>
            </w:r>
          </w:p>
        </w:tc>
        <w:tc>
          <w:tcPr>
            <w:tcW w:type="dxa" w:w="720"/>
          </w:tcPr>
          <w:p>
            <w:r>
              <w:t>PRS</w:t>
            </w:r>
          </w:p>
        </w:tc>
        <w:tc>
          <w:tcPr>
            <w:tcW w:type="dxa" w:w="720"/>
          </w:tcPr>
          <w:p>
            <w:r>
              <w:t>00000000000</w:t>
            </w:r>
          </w:p>
        </w:tc>
        <w:tc>
          <w:tcPr>
            <w:tcW w:type="dxa" w:w="720"/>
          </w:tcPr>
          <w:p>
            <w:r>
              <w:t>50</w:t>
            </w:r>
          </w:p>
        </w:tc>
      </w:tr>
      <w:tr>
        <w:tc>
          <w:tcPr>
            <w:tcW w:type="dxa" w:w="720"/>
          </w:tcPr>
          <w:p>
            <w:r>
              <w:t>3</w:t>
            </w:r>
          </w:p>
        </w:tc>
        <w:tc>
          <w:tcPr>
            <w:tcW w:type="dxa" w:w="720"/>
          </w:tcPr>
          <w:p>
            <w:r>
              <w:t>Harbour Lights</w:t>
            </w:r>
          </w:p>
        </w:tc>
        <w:tc>
          <w:tcPr>
            <w:tcW w:type="dxa" w:w="720"/>
          </w:tcPr>
          <w:p>
            <w:r>
              <w:t>Featured/visual vocal</w:t>
            </w:r>
          </w:p>
        </w:tc>
        <w:tc>
          <w:tcPr>
            <w:tcW w:type="dxa" w:w="720"/>
          </w:tcPr>
          <w:p>
            <w:r>
              <w:t>00:17:40</w:t>
            </w:r>
          </w:p>
        </w:tc>
        <w:tc>
          <w:tcPr>
            <w:tcW w:type="dxa" w:w="720"/>
          </w:tcPr>
          <w:p>
            <w:r>
              <w:t>00:18:25</w:t>
            </w:r>
          </w:p>
        </w:tc>
        <w:tc>
          <w:tcPr>
            <w:tcW w:type="dxa" w:w="720"/>
          </w:tcPr>
          <w:p>
            <w:r>
              <w:t>00:00:45</w:t>
            </w:r>
          </w:p>
        </w:tc>
        <w:tc>
          <w:tcPr>
            <w:tcW w:type="dxa" w:w="720"/>
          </w:tcPr>
          <w:p>
            <w:r>
              <w:t>Pre-existing</w:t>
            </w:r>
          </w:p>
        </w:tc>
        <w:tc>
          <w:tcPr>
            <w:tcW w:type="dxa" w:w="720"/>
          </w:tcPr>
          <w:p>
            <w:r>
              <w:t>Author, Writer, Lyricist</w:t>
            </w:r>
          </w:p>
        </w:tc>
        <w:tc>
          <w:tcPr>
            <w:tcW w:type="dxa" w:w="720"/>
          </w:tcPr>
          <w:p>
            <w:r>
              <w:t>Songwriter Example B</w:t>
            </w:r>
          </w:p>
        </w:tc>
        <w:tc>
          <w:tcPr>
            <w:tcW w:type="dxa" w:w="720"/>
          </w:tcPr>
          <w:p>
            <w:r>
              <w:t>SOCAN</w:t>
            </w:r>
          </w:p>
        </w:tc>
        <w:tc>
          <w:tcPr>
            <w:tcW w:type="dxa" w:w="720"/>
          </w:tcPr>
          <w:p>
            <w:r>
              <w:t>00000000000</w:t>
            </w:r>
          </w:p>
        </w:tc>
        <w:tc>
          <w:tcPr>
            <w:tcW w:type="dxa" w:w="720"/>
          </w:tcPr>
          <w:p>
            <w:r>
              <w:t>25</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t>Composer/Author</w:t>
            </w:r>
          </w:p>
        </w:tc>
        <w:tc>
          <w:tcPr>
            <w:tcW w:type="dxa" w:w="720"/>
          </w:tcPr>
          <w:p>
            <w:r>
              <w:t>Songwriter Example C</w:t>
            </w:r>
          </w:p>
        </w:tc>
        <w:tc>
          <w:tcPr>
            <w:tcW w:type="dxa" w:w="720"/>
          </w:tcPr>
          <w:p>
            <w:r>
              <w:t>SACEM</w:t>
            </w:r>
          </w:p>
        </w:tc>
        <w:tc>
          <w:tcPr>
            <w:tcW w:type="dxa" w:w="720"/>
          </w:tcPr>
          <w:p>
            <w:r>
              <w:t>00000000000</w:t>
            </w:r>
          </w:p>
        </w:tc>
        <w:tc>
          <w:tcPr>
            <w:tcW w:type="dxa" w:w="720"/>
          </w:tcPr>
          <w:p>
            <w:r>
              <w:t>25</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t>Original Publisher</w:t>
            </w:r>
          </w:p>
        </w:tc>
        <w:tc>
          <w:tcPr>
            <w:tcW w:type="dxa" w:w="720"/>
          </w:tcPr>
          <w:p>
            <w:r>
              <w:t>Example Songs Publishing</w:t>
            </w:r>
          </w:p>
        </w:tc>
        <w:tc>
          <w:tcPr>
            <w:tcW w:type="dxa" w:w="720"/>
          </w:tcPr>
          <w:p>
            <w:r>
              <w:t>SOCAN</w:t>
            </w:r>
          </w:p>
        </w:tc>
        <w:tc>
          <w:tcPr>
            <w:tcW w:type="dxa" w:w="720"/>
          </w:tcPr>
          <w:p>
            <w:r>
              <w:t>00000000000</w:t>
            </w:r>
          </w:p>
        </w:tc>
        <w:tc>
          <w:tcPr>
            <w:tcW w:type="dxa" w:w="720"/>
          </w:tcPr>
          <w:p>
            <w:r>
              <w:t>50</w:t>
            </w:r>
          </w:p>
        </w:tc>
      </w:tr>
      <w:tr>
        <w:tc>
          <w:tcPr>
            <w:tcW w:type="dxa" w:w="720"/>
          </w:tcPr>
          <w:p>
            <w:r>
              <w:t>4</w:t>
            </w:r>
          </w:p>
        </w:tc>
        <w:tc>
          <w:tcPr>
            <w:tcW w:type="dxa" w:w="720"/>
          </w:tcPr>
          <w:p>
            <w:r>
              <w:t>Pulse Grid (60s cutdown)</w:t>
            </w:r>
          </w:p>
        </w:tc>
        <w:tc>
          <w:tcPr>
            <w:tcW w:type="dxa" w:w="720"/>
          </w:tcPr>
          <w:p>
            <w:r>
              <w:t>Background instrumental</w:t>
            </w:r>
          </w:p>
        </w:tc>
        <w:tc>
          <w:tcPr>
            <w:tcW w:type="dxa" w:w="720"/>
          </w:tcPr>
          <w:p>
            <w:r>
              <w:t>00:29:05</w:t>
            </w:r>
          </w:p>
        </w:tc>
        <w:tc>
          <w:tcPr>
            <w:tcW w:type="dxa" w:w="720"/>
          </w:tcPr>
          <w:p>
            <w:r>
              <w:t>00:30:05</w:t>
            </w:r>
          </w:p>
        </w:tc>
        <w:tc>
          <w:tcPr>
            <w:tcW w:type="dxa" w:w="720"/>
          </w:tcPr>
          <w:p>
            <w:r>
              <w:t>00:01:00</w:t>
            </w:r>
          </w:p>
        </w:tc>
        <w:tc>
          <w:tcPr>
            <w:tcW w:type="dxa" w:w="720"/>
          </w:tcPr>
          <w:p>
            <w:r>
              <w:t>Library/Production</w:t>
            </w:r>
          </w:p>
        </w:tc>
        <w:tc>
          <w:tcPr>
            <w:tcW w:type="dxa" w:w="720"/>
          </w:tcPr>
          <w:p>
            <w:r>
              <w:t>Composer/Author</w:t>
            </w:r>
          </w:p>
        </w:tc>
        <w:tc>
          <w:tcPr>
            <w:tcW w:type="dxa" w:w="720"/>
          </w:tcPr>
          <w:p>
            <w:r>
              <w:t>Composer Example D</w:t>
            </w:r>
          </w:p>
        </w:tc>
        <w:tc>
          <w:tcPr>
            <w:tcW w:type="dxa" w:w="720"/>
          </w:tcPr>
          <w:p>
            <w:r>
              <w:t>ASCAP</w:t>
            </w:r>
          </w:p>
        </w:tc>
        <w:tc>
          <w:tcPr>
            <w:tcW w:type="dxa" w:w="720"/>
          </w:tcPr>
          <w:p>
            <w:r>
              <w:t>00000000000</w:t>
            </w:r>
          </w:p>
        </w:tc>
        <w:tc>
          <w:tcPr>
            <w:tcW w:type="dxa" w:w="720"/>
          </w:tcPr>
          <w:p>
            <w:r>
              <w:t>50</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t>Original Publisher</w:t>
            </w:r>
          </w:p>
        </w:tc>
        <w:tc>
          <w:tcPr>
            <w:tcW w:type="dxa" w:w="720"/>
          </w:tcPr>
          <w:p>
            <w:r>
              <w:t>Example Library Music</w:t>
            </w:r>
          </w:p>
        </w:tc>
        <w:tc>
          <w:tcPr>
            <w:tcW w:type="dxa" w:w="720"/>
          </w:tcPr>
          <w:p>
            <w:r>
              <w:t>ASCAP</w:t>
            </w:r>
          </w:p>
        </w:tc>
        <w:tc>
          <w:tcPr>
            <w:tcW w:type="dxa" w:w="720"/>
          </w:tcPr>
          <w:p>
            <w:r>
              <w:t>00000000000</w:t>
            </w:r>
          </w:p>
        </w:tc>
        <w:tc>
          <w:tcPr>
            <w:tcW w:type="dxa" w:w="720"/>
          </w:tcPr>
          <w:p>
            <w:r>
              <w:t>50</w:t>
            </w:r>
          </w:p>
        </w:tc>
      </w:tr>
      <w:tr>
        <w:tc>
          <w:tcPr>
            <w:tcW w:type="dxa" w:w="720"/>
          </w:tcPr>
          <w:p>
            <w:r>
              <w:t>5</w:t>
            </w:r>
          </w:p>
        </w:tc>
        <w:tc>
          <w:tcPr>
            <w:tcW w:type="dxa" w:w="720"/>
          </w:tcPr>
          <w:p>
            <w:r>
              <w:t>Low Water</w:t>
            </w:r>
          </w:p>
        </w:tc>
        <w:tc>
          <w:tcPr>
            <w:tcW w:type="dxa" w:w="720"/>
          </w:tcPr>
          <w:p>
            <w:r>
              <w:t>Background instrumental</w:t>
            </w:r>
          </w:p>
        </w:tc>
        <w:tc>
          <w:tcPr>
            <w:tcW w:type="dxa" w:w="720"/>
          </w:tcPr>
          <w:p>
            <w:r>
              <w:t>00:38:20</w:t>
            </w:r>
          </w:p>
        </w:tc>
        <w:tc>
          <w:tcPr>
            <w:tcW w:type="dxa" w:w="720"/>
          </w:tcPr>
          <w:p>
            <w:r>
              <w:t>00:39:40</w:t>
            </w:r>
          </w:p>
        </w:tc>
        <w:tc>
          <w:tcPr>
            <w:tcW w:type="dxa" w:w="720"/>
          </w:tcPr>
          <w:p>
            <w:r>
              <w:t>00:01:20</w:t>
            </w:r>
          </w:p>
        </w:tc>
        <w:tc>
          <w:tcPr>
            <w:tcW w:type="dxa" w:w="720"/>
          </w:tcPr>
          <w:p>
            <w:r>
              <w:t>Specially commissioned</w:t>
            </w:r>
          </w:p>
        </w:tc>
        <w:tc>
          <w:tcPr>
            <w:tcW w:type="dxa" w:w="720"/>
          </w:tcPr>
          <w:p>
            <w:r>
              <w:t>Composer/Author</w:t>
            </w:r>
          </w:p>
        </w:tc>
        <w:tc>
          <w:tcPr>
            <w:tcW w:type="dxa" w:w="720"/>
          </w:tcPr>
          <w:p>
            <w:r>
              <w:t>Composer Example A</w:t>
            </w:r>
          </w:p>
        </w:tc>
        <w:tc>
          <w:tcPr>
            <w:tcW w:type="dxa" w:w="720"/>
          </w:tcPr>
          <w:p>
            <w:r>
              <w:t>PRS</w:t>
            </w:r>
          </w:p>
        </w:tc>
        <w:tc>
          <w:tcPr>
            <w:tcW w:type="dxa" w:w="720"/>
          </w:tcPr>
          <w:p>
            <w:r>
              <w:t>00000000000</w:t>
            </w:r>
          </w:p>
        </w:tc>
        <w:tc>
          <w:tcPr>
            <w:tcW w:type="dxa" w:w="720"/>
          </w:tcPr>
          <w:p>
            <w:r>
              <w:t>50</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t>Original Publisher</w:t>
            </w:r>
          </w:p>
        </w:tc>
        <w:tc>
          <w:tcPr>
            <w:tcW w:type="dxa" w:w="720"/>
          </w:tcPr>
          <w:p>
            <w:r>
              <w:t>Example Films Music Ltd</w:t>
            </w:r>
          </w:p>
        </w:tc>
        <w:tc>
          <w:tcPr>
            <w:tcW w:type="dxa" w:w="720"/>
          </w:tcPr>
          <w:p>
            <w:r>
              <w:t>PRS</w:t>
            </w:r>
          </w:p>
        </w:tc>
        <w:tc>
          <w:tcPr>
            <w:tcW w:type="dxa" w:w="720"/>
          </w:tcPr>
          <w:p>
            <w:r>
              <w:t>00000000000</w:t>
            </w:r>
          </w:p>
        </w:tc>
        <w:tc>
          <w:tcPr>
            <w:tcW w:type="dxa" w:w="720"/>
          </w:tcPr>
          <w:p>
            <w:r>
              <w:t>50</w:t>
            </w:r>
          </w:p>
        </w:tc>
      </w:tr>
      <w:tr>
        <w:tc>
          <w:tcPr>
            <w:tcW w:type="dxa" w:w="720"/>
          </w:tcPr>
          <w:p>
            <w:r>
              <w:t>6</w:t>
            </w:r>
          </w:p>
        </w:tc>
        <w:tc>
          <w:tcPr>
            <w:tcW w:type="dxa" w:w="720"/>
          </w:tcPr>
          <w:p>
            <w:r>
              <w:t>Tidelines End Title</w:t>
            </w:r>
          </w:p>
        </w:tc>
        <w:tc>
          <w:tcPr>
            <w:tcW w:type="dxa" w:w="720"/>
          </w:tcPr>
          <w:p>
            <w:r>
              <w:t>Closing theme instrumental</w:t>
            </w:r>
          </w:p>
        </w:tc>
        <w:tc>
          <w:tcPr>
            <w:tcW w:type="dxa" w:w="720"/>
          </w:tcPr>
          <w:p>
            <w:r>
              <w:t>00:43:30</w:t>
            </w:r>
          </w:p>
        </w:tc>
        <w:tc>
          <w:tcPr>
            <w:tcW w:type="dxa" w:w="720"/>
          </w:tcPr>
          <w:p>
            <w:r>
              <w:t>00:44:30</w:t>
            </w:r>
          </w:p>
        </w:tc>
        <w:tc>
          <w:tcPr>
            <w:tcW w:type="dxa" w:w="720"/>
          </w:tcPr>
          <w:p>
            <w:r>
              <w:t>00:01:00</w:t>
            </w:r>
          </w:p>
        </w:tc>
        <w:tc>
          <w:tcPr>
            <w:tcW w:type="dxa" w:w="720"/>
          </w:tcPr>
          <w:p>
            <w:r>
              <w:t>Specially commissioned</w:t>
            </w:r>
          </w:p>
        </w:tc>
        <w:tc>
          <w:tcPr>
            <w:tcW w:type="dxa" w:w="720"/>
          </w:tcPr>
          <w:p>
            <w:r>
              <w:t>Composer/Author</w:t>
            </w:r>
          </w:p>
        </w:tc>
        <w:tc>
          <w:tcPr>
            <w:tcW w:type="dxa" w:w="720"/>
          </w:tcPr>
          <w:p>
            <w:r>
              <w:t>Composer Example A</w:t>
            </w:r>
          </w:p>
        </w:tc>
        <w:tc>
          <w:tcPr>
            <w:tcW w:type="dxa" w:w="720"/>
          </w:tcPr>
          <w:p>
            <w:r>
              <w:t>PRS</w:t>
            </w:r>
          </w:p>
        </w:tc>
        <w:tc>
          <w:tcPr>
            <w:tcW w:type="dxa" w:w="720"/>
          </w:tcPr>
          <w:p>
            <w:r>
              <w:t>00000000000</w:t>
            </w:r>
          </w:p>
        </w:tc>
        <w:tc>
          <w:tcPr>
            <w:tcW w:type="dxa" w:w="720"/>
          </w:tcPr>
          <w:p>
            <w:r>
              <w:t>50</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t>Original Publisher</w:t>
            </w:r>
          </w:p>
        </w:tc>
        <w:tc>
          <w:tcPr>
            <w:tcW w:type="dxa" w:w="720"/>
          </w:tcPr>
          <w:p>
            <w:r>
              <w:t>Example Films Music Ltd</w:t>
            </w:r>
          </w:p>
        </w:tc>
        <w:tc>
          <w:tcPr>
            <w:tcW w:type="dxa" w:w="720"/>
          </w:tcPr>
          <w:p>
            <w:r>
              <w:t>PRS</w:t>
            </w:r>
          </w:p>
        </w:tc>
        <w:tc>
          <w:tcPr>
            <w:tcW w:type="dxa" w:w="720"/>
          </w:tcPr>
          <w:p>
            <w:r>
              <w:t>00000000000</w:t>
            </w:r>
          </w:p>
        </w:tc>
        <w:tc>
          <w:tcPr>
            <w:tcW w:type="dxa" w:w="720"/>
          </w:tcPr>
          <w:p>
            <w:r>
              <w:t>50</w:t>
            </w:r>
          </w:p>
        </w:tc>
      </w:tr>
    </w:tbl>
    <w:p/>
    <w:p>
      <w:r>
        <w:t>Total music: 45 s + 1:50 + 45 s + 1:00 + 1:20 + 1:00 = 6:40, which matches "Total music duration" above.</w:t>
      </w:r>
    </w:p>
    <w:p>
      <w:r>
        <w:t>What the example shows:</w:t>
      </w:r>
    </w:p>
    <w:p>
      <w:pPr>
        <w:pStyle w:val="ListBullet"/>
      </w:pPr>
      <w:r>
        <w:t>"Low Water" is used twice, so it appears twice (sequence 2 and 5), each with its own timing.</w:t>
      </w:r>
    </w:p>
    <w:p>
      <w:pPr>
        <w:pStyle w:val="ListBullet"/>
      </w:pPr>
      <w:r>
        <w:t>"Harbour Lights" is a song a character plays on a radio in the scene, so it is featured/visual, not background.</w:t>
      </w:r>
    </w:p>
    <w:p>
      <w:pPr>
        <w:pStyle w:val="ListBullet"/>
      </w:pPr>
      <w:r>
        <w:t>The library cue is listed under its registered title, "Pulse Grid", with the cutdown noted; the society matches on the title, not the file name.</w:t>
      </w:r>
    </w:p>
    <w:p>
      <w:pPr>
        <w:pStyle w:val="ListBullet"/>
      </w:pPr>
      <w:r>
        <w:t>Every writer and publisher has a society and an IPI number, including the ones from other countries.</w:t>
      </w:r>
    </w:p>
    <w:p>
      <w:r>
        <w:t>---</w:t>
      </w:r>
    </w:p>
    <w:p>
      <w:pPr>
        <w:pStyle w:val="Heading1"/>
      </w:pPr>
      <w:r>
        <w:t>Checklist before it goes out</w:t>
      </w:r>
    </w:p>
    <w:p>
      <w:r>
        <w:t>☐  It describes the final cut that aired, not an earlier edit</w:t>
      </w:r>
    </w:p>
    <w:p>
      <w:r>
        <w:t>☐  Every piece of music is listed, including short stings, logos and source songs</w:t>
      </w:r>
    </w:p>
    <w:p>
      <w:r>
        <w:t>☐  Repeated uses have their own line and timing</w:t>
      </w:r>
    </w:p>
    <w:p>
      <w:r>
        <w:t>☐  Titles match the titles registered with the society, exactly</w:t>
      </w:r>
    </w:p>
    <w:p>
      <w:r>
        <w:t>☐  Every writer and publisher is listed with role, society and IPI number</w:t>
      </w:r>
    </w:p>
    <w:p>
      <w:r>
        <w:t>☐  Shares follow the form's convention and match the work registrations</w:t>
      </w:r>
    </w:p>
    <w:p>
      <w:r>
        <w:t>☐  Usage is right for each cue (on screen = featured/visual; underscore = background)</w:t>
      </w:r>
    </w:p>
    <w:p>
      <w:r>
        <w:t>☐  Production title, episode, air date and network are filled in</w:t>
      </w:r>
    </w:p>
    <w:p>
      <w:r>
        <w:t>☐  Total music duration matches the sum of the cues</w:t>
      </w:r>
    </w:p>
    <w:p>
      <w:r>
        <w:t>☐  The works are registered with your society before the sheet is processed</w:t>
      </w:r>
    </w:p>
    <w:p>
      <w:r>
        <w:t>☐  You have a copy, saved with the licence for this placement</w:t>
      </w:r>
    </w:p>
    <w:p>
      <w:pPr>
        <w:pStyle w:val="Heading1"/>
      </w:pPr>
      <w:r>
        <w:t>If a cue sheet is missing or wrong</w:t>
      </w:r>
    </w:p>
    <w:p>
      <w:r>
        <w:t>☐  Check your society's online account for cue sheets on that production</w:t>
      </w:r>
    </w:p>
    <w:p>
      <w:r>
        <w:t>☐  Ask the production's music supervisor or music department for a copy (give show, episode, air date and your licence)</w:t>
      </w:r>
    </w:p>
    <w:p>
      <w:r>
        <w:t>☐  If the music came through a library or sync agent, ask them too</w:t>
      </w:r>
    </w:p>
    <w:p>
      <w:r>
        <w:t>☐  Ask for a corrected sheet filed as a revision</w:t>
      </w:r>
    </w:p>
    <w:p>
      <w:r>
        <w:t>☐  Check your own work registration (title, writers, shares, IPI)</w:t>
      </w:r>
    </w:p>
    <w:p>
      <w:r>
        <w:t>☐  Contact your society with the evidence and ask about its deadline for late claims</w:t>
      </w:r>
    </w:p>
    <w:p>
      <w:r>
        <w:t>☐  Note the date of every request and reply</w:t>
      </w:r>
    </w:p>
    <w:p>
      <w:pPr>
        <w:pStyle w:val="Heading1"/>
      </w:pPr>
      <w:r>
        <w:t>Where to send it</w:t>
      </w:r>
    </w:p>
    <w:p>
      <w:pPr>
        <w:pStyle w:val="ListBullet"/>
      </w:pPr>
      <w:r>
        <w:t>SOCAN (Canada): CueSheetSubmit@socan.com, or the template on socan.com</w:t>
      </w:r>
    </w:p>
    <w:p>
      <w:pPr>
        <w:pStyle w:val="ListBullet"/>
      </w:pPr>
      <w:r>
        <w:t>ASCAP and BMI (US): productions usually file through RapidCue (cuesheets@rapidcue.com accepts the standardised template)</w:t>
      </w:r>
    </w:p>
    <w:p>
      <w:pPr>
        <w:pStyle w:val="ListBullet"/>
      </w:pPr>
      <w:r>
        <w:t>Other societies (PRS for Music, SACEM, GEMA, SIAE and others): check your society's website or member portal for its current process</w:t>
      </w:r>
    </w:p>
    <w:p>
      <w:r>
        <w:t>Sources: SOCAN audiovisual cue sheet template and FAQ (socan.com); RapidCue Batch Reference Guide (rapidcue.com); BMI and ASCAP standardised cue sheet template announcement, July 2016 (reported by MusicRow).</w:t>
      </w:r>
    </w:p>
    <w:p>
      <w:r>
        <w:rPr>
          <w:color w:val="6A6862"/>
          <w:sz w:val="16"/>
        </w:rPr>
        <w:t>Free resource from the DADAAUDIO blog · https://www.dadaaudio.com/blog/resources/cue-sheet-template · Not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