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Pitch email template and follow-up rules</w:t>
      </w:r>
    </w:p>
    <w:p>
      <w:r>
        <w:t>A one-page kit for sending music to music supervisors: who to pitch, what to write, what to check before you press send, when to follow up, and how to spot a fake supervisor.</w:t>
      </w:r>
    </w:p>
    <w:p>
      <w:r>
        <w:t>From the DADAAUDIO article "How to send music to music supervisors (and spot fake ones)": https://www.dadaaudio.com/blog/send-music-to-music-supervisors</w:t>
      </w:r>
    </w:p>
    <w:p>
      <w:r>
        <w:t>---</w:t>
      </w:r>
    </w:p>
    <w:p>
      <w:pPr>
        <w:pStyle w:val="Heading1"/>
      </w:pPr>
      <w:r>
        <w:t>1. Research before you write</w:t>
      </w:r>
    </w:p>
    <w:p>
      <w:r>
        <w:t>☐  I picked this supervisor because of a specific project I know (show, film, game, campaign)</w:t>
      </w:r>
    </w:p>
    <w:p>
      <w:r>
        <w:t>☐  I checked what that project uses: major-label hits, indie artists or library music</w:t>
      </w:r>
    </w:p>
    <w:p>
      <w:r>
        <w:t>☐  I found who supervised it (IMDb credits, company website, Tunefind for songs used)</w:t>
      </w:r>
    </w:p>
    <w:p>
      <w:r>
        <w:t>☐  I have one concrete line to show the fit ("you used X in episode 4…")</w:t>
      </w:r>
    </w:p>
    <w:p>
      <w:r>
        <w:t>☐  I know whether I'm answering a brief or writing cold</w:t>
      </w:r>
    </w:p>
    <w:p>
      <w:r>
        <w:t>☐  If it's a brief: I've read it twice and my tracks meet every requirement (genre, vocal/instrumental, budget, deadline)</w:t>
      </w:r>
    </w:p>
    <w:p>
      <w:r>
        <w:t>---</w:t>
      </w:r>
    </w:p>
    <w:p>
      <w:pPr>
        <w:pStyle w:val="Heading1"/>
      </w:pPr>
      <w:r>
        <w:t>2. Email templates</w:t>
      </w:r>
    </w:p>
    <w:p>
      <w:pPr>
        <w:pStyle w:val="Heading2"/>
      </w:pPr>
      <w:r>
        <w:t>A. Cold pitch (no brief)</w:t>
      </w:r>
    </w:p>
    <w:p>
      <w:r>
        <w:t>Subject: "[Track title]" – [mood/genre] [vocal or instrumental] for [show / film / project], one-stop</w:t>
      </w:r>
    </w:p>
    <w:p>
      <w:r>
        <w:t>Hi [first name],</w:t>
      </w:r>
    </w:p>
    <w:p/>
    <w:p>
      <w:r>
        <w:t>I'm [name], a [composer / songwriter / producer] working in [genre]. I noticed you used [song or kind of music] in [project], and I think "[track title]" could sit in the same world: [one concrete detail – tempo, mood, the moment it builds at 1:10].</w:t>
      </w:r>
    </w:p>
    <w:p/>
    <w:p>
      <w:r>
        <w:t>Stream and download here: [link]</w:t>
      </w:r>
    </w:p>
    <w:p/>
    <w:p>
      <w:r>
        <w:t>Master and publishing are both mine, so it's one-stop. Instrumental, clean version, 30 s and 60 s cutdowns and stems are ready if useful.</w:t>
      </w:r>
    </w:p>
    <w:p/>
    <w:p>
      <w:r>
        <w:t>Thanks for listening,</w:t>
      </w:r>
    </w:p>
    <w:p>
      <w:r>
        <w:t>[Name] · [email] · [phone] · [website]</w:t>
      </w:r>
    </w:p>
    <w:p>
      <w:r>
        <w:t>Only write "one-stop" if you control both the master and the publishing. Otherwise say who does: "Publishing is mine; master is with [label], who have approved licensing."</w:t>
      </w:r>
    </w:p>
    <w:p>
      <w:pPr>
        <w:pStyle w:val="Heading2"/>
      </w:pPr>
      <w:r>
        <w:t>B. Answering a brief</w:t>
      </w:r>
    </w:p>
    <w:p>
      <w:r>
        <w:t>Subject: [Brief name or reference] – "[Track title]" (+ [n] more), [vocal/instrumental], one-stop</w:t>
      </w:r>
    </w:p>
    <w:p>
      <w:r>
        <w:t>Hi [first name],</w:t>
      </w:r>
    </w:p>
    <w:p/>
    <w:p>
      <w:r>
        <w:t>For [brief name]: [n] tracks that match [the brief's genre / mood / reference], all [vocal / instrumental as asked].</w:t>
      </w:r>
    </w:p>
    <w:p/>
    <w:p>
      <w:r>
        <w:t>Stream and download here: [link]</w:t>
      </w:r>
    </w:p>
    <w:p/>
    <w:p>
      <w:r>
        <w:t>Best starting points: "[Track 1]" from 0:45, "[Track 2]" from the top.</w:t>
      </w:r>
    </w:p>
    <w:p/>
    <w:p>
      <w:r>
        <w:t>All one-stop and within [budget, if the brief gave one]. Alts, cutdowns, stems and WAVs available on request.</w:t>
      </w:r>
    </w:p>
    <w:p/>
    <w:p>
      <w:r>
        <w:t>Thanks,</w:t>
      </w:r>
    </w:p>
    <w:p>
      <w:r>
        <w:t>[Name] · [email] · [phone]</w:t>
      </w:r>
    </w:p>
    <w:p>
      <w:pPr>
        <w:pStyle w:val="Heading2"/>
      </w:pPr>
      <w:r>
        <w:t>C. The one follow-up (about two weeks later, same thread)</w:t>
      </w:r>
    </w:p>
    <w:p>
      <w:r>
        <w:t>No "Follow up" in the subject. Reply to your own first email so the link is right there.</w:t>
      </w:r>
    </w:p>
    <w:p>
      <w:r>
        <w:t>Hi [first name],</w:t>
      </w:r>
    </w:p>
    <w:p/>
    <w:p>
      <w:r>
        <w:t>In case it's useful for [project]: I've added [an instrumental / a 30 s cutdown / stems] of "[track title]" to the same link. Still available and one-stop.</w:t>
      </w:r>
    </w:p>
    <w:p/>
    <w:p>
      <w:r>
        <w:t>Best,</w:t>
      </w:r>
    </w:p>
    <w:p>
      <w:r>
        <w:t>[Name]</w:t>
      </w:r>
    </w:p>
    <w:p>
      <w:r>
        <w:t>Then stop. If there's no reply, pitch the next relevant track in a few months.</w:t>
      </w:r>
    </w:p>
    <w:p>
      <w:pPr>
        <w:pStyle w:val="Heading2"/>
      </w:pPr>
      <w:r>
        <w:t>D. When they ask for something</w:t>
      </w:r>
    </w:p>
    <w:p>
      <w:r>
        <w:t>Reply the same day, ideally within the hour during working hours.</w:t>
      </w:r>
    </w:p>
    <w:p>
      <w:r>
        <w:t>Hi [first name],</w:t>
      </w:r>
    </w:p>
    <w:p/>
    <w:p>
      <w:r>
        <w:t>Here you are: [what they asked for – WAV / stems / instrumental / lyric sheet] – [link].</w:t>
      </w:r>
    </w:p>
    <w:p/>
    <w:p>
      <w:r>
        <w:t>Writers: [names, society, IPI if known] · Publisher: [name] · Master: [owner] · ISRC: [code] · Licensing contact: [name, email, phone].</w:t>
      </w:r>
    </w:p>
    <w:p/>
    <w:p>
      <w:r>
        <w:t>Anything else, just ask.</w:t>
      </w:r>
    </w:p>
    <w:p/>
    <w:p>
      <w:r>
        <w:t>[Name]</w:t>
      </w:r>
    </w:p>
    <w:p>
      <w:r>
        <w:t>---</w:t>
      </w:r>
    </w:p>
    <w:p>
      <w:pPr>
        <w:pStyle w:val="Heading1"/>
      </w:pPr>
      <w:r>
        <w:t>3. Before you press send</w:t>
      </w:r>
    </w:p>
    <w:p>
      <w:pPr>
        <w:pStyle w:val="Heading2"/>
      </w:pPr>
      <w:r>
        <w:t>The email</w:t>
      </w:r>
    </w:p>
    <w:p>
      <w:r>
        <w:t>☐  Three or four lines, under about 100 words</w:t>
      </w:r>
    </w:p>
    <w:p>
      <w:r>
        <w:t>☐  Subject line says track, fit and the main fact (one-stop, instrumental…)</w:t>
      </w:r>
    </w:p>
    <w:p>
      <w:r>
        <w:t>☐  One specific reason this track fits this project</w:t>
      </w:r>
    </w:p>
    <w:p>
      <w:r>
        <w:t>☐  No "perfect for your show"</w:t>
      </w:r>
    </w:p>
    <w:p>
      <w:r>
        <w:t>☐  Says what is cleared and what alts exist</w:t>
      </w:r>
    </w:p>
    <w:p>
      <w:r>
        <w:t>☐  Sent from an address on my own domain if I have one</w:t>
      </w:r>
    </w:p>
    <w:p>
      <w:r>
        <w:t>☐  Not sent on a Friday if I can help it</w:t>
      </w:r>
    </w:p>
    <w:p>
      <w:pPr>
        <w:pStyle w:val="Heading2"/>
      </w:pPr>
      <w:r>
        <w:t>The link</w:t>
      </w:r>
    </w:p>
    <w:p>
      <w:r>
        <w:t>☐  No attachments in the email</w:t>
      </w:r>
    </w:p>
    <w:p>
      <w:r>
        <w:t>☐  Opened it in a private window: it plays without a login or an app</w:t>
      </w:r>
    </w:p>
    <w:p>
      <w:r>
        <w:t>☐  Download works (320 kbps MP3 for a first pitch; WAVs ready for when they ask)</w:t>
      </w:r>
    </w:p>
    <w:p>
      <w:r>
        <w:t>☐  Track titles, artist and contact are visible on the page</w:t>
      </w:r>
    </w:p>
    <w:p>
      <w:r>
        <w:t>☐  Makes sense if forwarded to an editor who never saw my email</w:t>
      </w:r>
    </w:p>
    <w:p>
      <w:r>
        <w:t>☐  Timestamp mentioned if the best moment isn't at the start</w:t>
      </w:r>
    </w:p>
    <w:p>
      <w:pPr>
        <w:pStyle w:val="Heading2"/>
      </w:pPr>
      <w:r>
        <w:t>The files</w:t>
      </w:r>
    </w:p>
    <w:p>
      <w:r>
        <w:t>☐  File names: Artist - Track Title (Version).mp3, never "audio01.mp3"</w:t>
      </w:r>
    </w:p>
    <w:p>
      <w:r>
        <w:t>☐  Embedded: title, artist, writers, publisher, society, master owner/label</w:t>
      </w:r>
    </w:p>
    <w:p>
      <w:r>
        <w:t>☐  Embedded: licensing contact (name, email, phone)</w:t>
      </w:r>
    </w:p>
    <w:p>
      <w:r>
        <w:t>☐  Embedded: ISRC if the recording has one</w:t>
      </w:r>
    </w:p>
    <w:p>
      <w:r>
        <w:t>☐  Embedded: genre, mood, BPM, vocal/instrumental, explicit/clean, lyrics</w:t>
      </w:r>
    </w:p>
    <w:p>
      <w:pPr>
        <w:pStyle w:val="Heading2"/>
      </w:pPr>
      <w:r>
        <w:t>The rights</w:t>
      </w:r>
    </w:p>
    <w:p>
      <w:r>
        <w:t>☐  I know every writer's split and they add up to 100 %</w:t>
      </w:r>
    </w:p>
    <w:p>
      <w:r>
        <w:t>☐  I know who owns the master</w:t>
      </w:r>
    </w:p>
    <w:p>
      <w:r>
        <w:t>☐  Every collaborator has agreed to licensing</w:t>
      </w:r>
    </w:p>
    <w:p>
      <w:r>
        <w:t>☐  No uncleared samples</w:t>
      </w:r>
    </w:p>
    <w:p>
      <w:r>
        <w:t>☐  Alts ready: instrumental, clean, 30 s and 60 s cutdowns, stems</w:t>
      </w:r>
    </w:p>
    <w:p>
      <w:r>
        <w:t>---</w:t>
      </w:r>
    </w:p>
    <w:p>
      <w:pPr>
        <w:pStyle w:val="Heading1"/>
      </w:pPr>
      <w:r>
        <w:t>4. How many tracks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Situation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How many</w:t>
            </w:r>
          </w:p>
        </w:tc>
      </w:tr>
      <w:tr>
        <w:tc>
          <w:tcPr>
            <w:tcW w:type="dxa" w:w="4320"/>
          </w:tcPr>
          <w:p>
            <w:r>
              <w:t>Cold email</w:t>
            </w:r>
          </w:p>
        </w:tc>
        <w:tc>
          <w:tcPr>
            <w:tcW w:type="dxa" w:w="4320"/>
          </w:tcPr>
          <w:p>
            <w:r>
              <w:t>One or two, at most three</w:t>
            </w:r>
          </w:p>
        </w:tc>
      </w:tr>
      <w:tr>
        <w:tc>
          <w:tcPr>
            <w:tcW w:type="dxa" w:w="4320"/>
          </w:tcPr>
          <w:p>
            <w:r>
              <w:t>Answering a brief</w:t>
            </w:r>
          </w:p>
        </w:tc>
        <w:tc>
          <w:tcPr>
            <w:tcW w:type="dxa" w:w="4320"/>
          </w:tcPr>
          <w:p>
            <w:r>
              <w:t>What the brief asks; if it doesn't say, a short focused playlist (one supervisor suggests about ten)</w:t>
            </w:r>
          </w:p>
        </w:tc>
      </w:tr>
      <w:tr>
        <w:tc>
          <w:tcPr>
            <w:tcW w:type="dxa" w:w="4320"/>
          </w:tcPr>
          <w:p>
            <w:r>
              <w:t>They asked for more</w:t>
            </w:r>
          </w:p>
        </w:tc>
        <w:tc>
          <w:tcPr>
            <w:tcW w:type="dxa" w:w="4320"/>
          </w:tcPr>
          <w:p>
            <w:r>
              <w:t>Exactly what they asked for, quickly</w:t>
            </w:r>
          </w:p>
        </w:tc>
      </w:tr>
    </w:tbl>
    <w:p/>
    <w:p>
      <w:r>
        <w:t>---</w:t>
      </w:r>
    </w:p>
    <w:p>
      <w:pPr>
        <w:pStyle w:val="Heading1"/>
      </w:pPr>
      <w:r>
        <w:t>5. Follow-up rules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Rule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Don't</w:t>
            </w:r>
          </w:p>
        </w:tc>
      </w:tr>
      <w:tr>
        <w:tc>
          <w:tcPr>
            <w:tcW w:type="dxa" w:w="2880"/>
          </w:tcPr>
          <w:p>
            <w:r>
              <w:t>Timing</w:t>
            </w:r>
          </w:p>
        </w:tc>
        <w:tc>
          <w:tcPr>
            <w:tcW w:type="dxa" w:w="2880"/>
          </w:tcPr>
          <w:p>
            <w:r>
              <w:t>One follow-up about two weeks after the pitch</w:t>
            </w:r>
          </w:p>
        </w:tc>
        <w:tc>
          <w:tcPr>
            <w:tcW w:type="dxa" w:w="2880"/>
          </w:tcPr>
          <w:p>
            <w:r>
              <w:t>Follow up every few days or every week</w:t>
            </w:r>
          </w:p>
        </w:tc>
      </w:tr>
      <w:tr>
        <w:tc>
          <w:tcPr>
            <w:tcW w:type="dxa" w:w="2880"/>
          </w:tcPr>
          <w:p>
            <w:r>
              <w:t>Subject</w:t>
            </w:r>
          </w:p>
        </w:tc>
        <w:tc>
          <w:tcPr>
            <w:tcW w:type="dxa" w:w="2880"/>
          </w:tcPr>
          <w:p>
            <w:r>
              <w:t>Reply in the same thread</w:t>
            </w:r>
          </w:p>
        </w:tc>
        <w:tc>
          <w:tcPr>
            <w:tcW w:type="dxa" w:w="2880"/>
          </w:tcPr>
          <w:p>
            <w:r>
              <w:t>Write "Follow up" in the subject line</w:t>
            </w:r>
          </w:p>
        </w:tc>
      </w:tr>
      <w:tr>
        <w:tc>
          <w:tcPr>
            <w:tcW w:type="dxa" w:w="2880"/>
          </w:tcPr>
          <w:p>
            <w:r>
              <w:t>Content</w:t>
            </w:r>
          </w:p>
        </w:tc>
        <w:tc>
          <w:tcPr>
            <w:tcW w:type="dxa" w:w="2880"/>
          </w:tcPr>
          <w:p>
            <w:r>
              <w:t>Add something new: an alt, a cutdown, stems, "still available"</w:t>
            </w:r>
          </w:p>
        </w:tc>
        <w:tc>
          <w:tcPr>
            <w:tcW w:type="dxa" w:w="2880"/>
          </w:tcPr>
          <w:p>
            <w:r>
              <w:t>Ask "did you listen?"</w:t>
            </w:r>
          </w:p>
        </w:tc>
      </w:tr>
      <w:tr>
        <w:tc>
          <w:tcPr>
            <w:tcW w:type="dxa" w:w="2880"/>
          </w:tcPr>
          <w:p>
            <w:r>
              <w:t>After that</w:t>
            </w:r>
          </w:p>
        </w:tc>
        <w:tc>
          <w:tcPr>
            <w:tcW w:type="dxa" w:w="2880"/>
          </w:tcPr>
          <w:p>
            <w:r>
              <w:t>Stop; pitch the next relevant track in a few months</w:t>
            </w:r>
          </w:p>
        </w:tc>
        <w:tc>
          <w:tcPr>
            <w:tcW w:type="dxa" w:w="2880"/>
          </w:tcPr>
          <w:p>
            <w:r>
              <w:t>Keep chasing the same track</w:t>
            </w:r>
          </w:p>
        </w:tc>
      </w:tr>
      <w:tr>
        <w:tc>
          <w:tcPr>
            <w:tcW w:type="dxa" w:w="2880"/>
          </w:tcPr>
          <w:p>
            <w:r>
              <w:t>When they reply</w:t>
            </w:r>
          </w:p>
        </w:tc>
        <w:tc>
          <w:tcPr>
            <w:tcW w:type="dxa" w:w="2880"/>
          </w:tcPr>
          <w:p>
            <w:r>
              <w:t>Answer the same day, ideally within the hour</w:t>
            </w:r>
          </w:p>
        </w:tc>
        <w:tc>
          <w:tcPr>
            <w:tcW w:type="dxa" w:w="2880"/>
          </w:tcPr>
          <w:p>
            <w:r>
              <w:t>Leave a request waiting</w:t>
            </w:r>
          </w:p>
        </w:tc>
      </w:tr>
    </w:tbl>
    <w:p/>
    <w:p>
      <w:r>
        <w:t>Silence isn't rejection: the scene may be locked, the budget gone, or the timing wrong.</w:t>
      </w:r>
    </w:p>
    <w:p>
      <w:r>
        <w:t>---</w:t>
      </w:r>
    </w:p>
    <w:p>
      <w:pPr>
        <w:pStyle w:val="Heading1"/>
      </w:pPr>
      <w:r>
        <w:t>6. Never</w:t>
      </w:r>
    </w:p>
    <w:p>
      <w:r>
        <w:t>☐  Attach audio files to a first email</w:t>
      </w:r>
    </w:p>
    <w:p>
      <w:r>
        <w:t>☐  Cold-call</w:t>
      </w:r>
    </w:p>
    <w:p>
      <w:r>
        <w:t>☐  Send a video of their project re-cut with your music</w:t>
      </w:r>
    </w:p>
    <w:p>
      <w:r>
        <w:t>☐  Pitch music you can't clear</w:t>
      </w:r>
    </w:p>
    <w:p>
      <w:r>
        <w:t>☐  Claim you do every genre</w:t>
      </w:r>
    </w:p>
    <w:p>
      <w:r>
        <w:t>☐  Mass-mail a bought or scraped contact list</w:t>
      </w:r>
    </w:p>
    <w:p>
      <w:r>
        <w:t>---</w:t>
      </w:r>
    </w:p>
    <w:p>
      <w:pPr>
        <w:pStyle w:val="Heading1"/>
      </w:pPr>
      <w:r>
        <w:t>7. Is this supervisor real? Red flags</w:t>
      </w:r>
    </w:p>
    <w:p>
      <w:r>
        <w:t>Tick any that apply. One tick means slow down; a request for money means stop.</w:t>
      </w:r>
    </w:p>
    <w:p>
      <w:r>
        <w:t>☐  They ask for a fee: review, registration, processing, "affiliation" or a guaranteed placement</w:t>
      </w:r>
    </w:p>
    <w:p>
      <w:r>
        <w:t>☐  They contacted me first with a big claim about a major show</w:t>
      </w:r>
    </w:p>
    <w:p>
      <w:r>
        <w:t>☐  No client, project, usage, timeline or fee range</w:t>
      </w:r>
    </w:p>
    <w:p>
      <w:r>
        <w:t>☐  Pressure: "today only", "exclusive window", "sign now"</w:t>
      </w:r>
    </w:p>
    <w:p>
      <w:r>
        <w:t>☐  Free email account or a slightly altered company domain</w:t>
      </w:r>
    </w:p>
    <w:p>
      <w:r>
        <w:t>☐  Contact only through social media DMs</w:t>
      </w:r>
    </w:p>
    <w:p>
      <w:r>
        <w:t>☐  The contract asks for my whole catalogue, exclusive rights or ownership of my masters</w:t>
      </w:r>
    </w:p>
    <w:p>
      <w:r>
        <w:t>☐  I can't find their credits on IMDb or on a company website</w:t>
      </w:r>
    </w:p>
    <w:p>
      <w:pPr>
        <w:pStyle w:val="Heading2"/>
      </w:pPr>
      <w:r>
        <w:t>What to do</w:t>
      </w:r>
    </w:p>
    <w:p>
      <w:pPr>
        <w:pStyle w:val="ListNumber"/>
      </w:pPr>
      <w:r>
        <w:t>Check their credits (IMDb, company website, interviews).</w:t>
      </w:r>
    </w:p>
    <w:p>
      <w:pPr>
        <w:pStyle w:val="ListNumber"/>
      </w:pPr>
      <w:r>
        <w:t>Write to the company at an address you found yourself, not the one in the message.</w:t>
      </w:r>
    </w:p>
    <w:p>
      <w:pPr>
        <w:pStyle w:val="ListNumber"/>
      </w:pPr>
      <w:r>
        <w:t>Never send money or personal details.</w:t>
      </w:r>
    </w:p>
    <w:p>
      <w:pPr>
        <w:pStyle w:val="ListNumber"/>
      </w:pPr>
      <w:r>
        <w:t>If a real company's name is being used, tell that company.</w:t>
      </w:r>
    </w:p>
    <w:p>
      <w:r>
        <w:t>A real supervisor asking for streaming access, metadata, and who owns the master and publishing is normal: that's what they need to clear music. Asking you for money is not.</w:t>
      </w:r>
    </w:p>
    <w:p>
      <w:r>
        <w:t>---</w:t>
      </w:r>
    </w:p>
    <w:p>
      <w:pPr>
        <w:pStyle w:val="Heading1"/>
      </w:pPr>
      <w:r>
        <w:t>8. Pitch tracker (spreadsheet columns)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r>
              <w:rPr>
                <w:b/>
              </w:rPr>
              <w:t>Date sent</w:t>
            </w:r>
          </w:p>
        </w:tc>
        <w:tc>
          <w:tcPr>
            <w:tcW w:type="dxa" w:w="617"/>
          </w:tcPr>
          <w:p>
            <w:r>
              <w:rPr>
                <w:b/>
              </w:rPr>
              <w:t>Supervisor</w:t>
            </w:r>
          </w:p>
        </w:tc>
        <w:tc>
          <w:tcPr>
            <w:tcW w:type="dxa" w:w="617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17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617"/>
          </w:tcPr>
          <w:p>
            <w:r>
              <w:rPr>
                <w:b/>
              </w:rPr>
              <w:t>Brief or cold</w:t>
            </w:r>
          </w:p>
        </w:tc>
        <w:tc>
          <w:tcPr>
            <w:tcW w:type="dxa" w:w="617"/>
          </w:tcPr>
          <w:p>
            <w:r>
              <w:rPr>
                <w:b/>
              </w:rPr>
              <w:t>Tracks sent</w:t>
            </w:r>
          </w:p>
        </w:tc>
        <w:tc>
          <w:tcPr>
            <w:tcW w:type="dxa" w:w="617"/>
          </w:tcPr>
          <w:p>
            <w:r>
              <w:rPr>
                <w:b/>
              </w:rPr>
              <w:t>Link</w:t>
            </w:r>
          </w:p>
        </w:tc>
        <w:tc>
          <w:tcPr>
            <w:tcW w:type="dxa" w:w="617"/>
          </w:tcPr>
          <w:p>
            <w:r>
              <w:rPr>
                <w:b/>
              </w:rPr>
              <w:t>Opened?</w:t>
            </w:r>
          </w:p>
        </w:tc>
        <w:tc>
          <w:tcPr>
            <w:tcW w:type="dxa" w:w="617"/>
          </w:tcPr>
          <w:p>
            <w:r>
              <w:rPr>
                <w:b/>
              </w:rPr>
              <w:t>Played to the end?</w:t>
            </w:r>
          </w:p>
        </w:tc>
        <w:tc>
          <w:tcPr>
            <w:tcW w:type="dxa" w:w="617"/>
          </w:tcPr>
          <w:p>
            <w:r>
              <w:rPr>
                <w:b/>
              </w:rPr>
              <w:t>Follow-up due (sent + 14 days)</w:t>
            </w:r>
          </w:p>
        </w:tc>
        <w:tc>
          <w:tcPr>
            <w:tcW w:type="dxa" w:w="617"/>
          </w:tcPr>
          <w:p>
            <w:r>
              <w:rPr>
                <w:b/>
              </w:rPr>
              <w:t>Follow-up sent</w:t>
            </w:r>
          </w:p>
        </w:tc>
        <w:tc>
          <w:tcPr>
            <w:tcW w:type="dxa" w:w="617"/>
          </w:tcPr>
          <w:p>
            <w:r>
              <w:rPr>
                <w:b/>
              </w:rPr>
              <w:t>Reply</w:t>
            </w:r>
          </w:p>
        </w:tc>
        <w:tc>
          <w:tcPr>
            <w:tcW w:type="dxa" w:w="617"/>
          </w:tcPr>
          <w:p>
            <w:r>
              <w:rPr>
                <w:b/>
              </w:rPr>
              <w:t>Next step</w:t>
            </w:r>
          </w:p>
        </w:tc>
        <w:tc>
          <w:tcPr>
            <w:tcW w:type="dxa" w:w="617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</w:tbl>
    <w:p/>
    <w:p>
      <w:r>
        <w:t>---</w:t>
      </w:r>
    </w:p>
    <w:p>
      <w:r>
        <w:t>Sources: Symphonic ("How to Get Heard by a Music Supervisor"), the DISCO blog (tips from music supervisor Ryan Svendsen), Sync Summit (Mark Frieser), Pam Lewis-Rudden for Synchtank, the UK ICO's guidance on marketing emails, Tunefind and MassiveMusic scam warnings. Full links in the article.</w:t>
      </w:r>
    </w:p>
    <w:p>
      <w:r>
        <w:t>DADAAUDIO · www.dadaaudio.com</w:t>
      </w:r>
    </w:p>
    <w:p>
      <w:r>
        <w:rPr>
          <w:color w:val="6A6862"/>
          <w:sz w:val="16"/>
        </w:rPr>
        <w:t>Free resource from the DADAAUDIO blog · https://www.dadaaudio.com/blog/resources/pitch-email-template ·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